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56C321" w14:textId="1893D4D6" w:rsidR="007B11C3" w:rsidRDefault="00AF43B5" w:rsidP="007B11C3">
      <w:pPr>
        <w:pStyle w:val="CoverTitle"/>
        <w:jc w:val="center"/>
      </w:pPr>
      <w:r w:rsidRPr="0031664F">
        <w:rPr>
          <w:rFonts w:asciiTheme="minorHAnsi" w:hAnsiTheme="minorHAnsi"/>
          <w:bCs/>
          <w:noProof/>
          <w:color w:val="FF0000"/>
          <w:sz w:val="36"/>
          <w:szCs w:val="36"/>
          <w:lang w:val="fr-FR"/>
        </w:rPr>
        <w:drawing>
          <wp:inline distT="0" distB="0" distL="0" distR="0" wp14:anchorId="7A58DDE5" wp14:editId="3E459752">
            <wp:extent cx="984250" cy="991302"/>
            <wp:effectExtent l="0" t="0" r="6350" b="0"/>
            <wp:docPr id="75388676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88676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2835" cy="10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88E38" w14:textId="3D49F55D" w:rsidR="001B315C" w:rsidRPr="007B11C3" w:rsidRDefault="00D60553">
      <w:pPr>
        <w:pStyle w:val="CoverTitle"/>
        <w:jc w:val="center"/>
        <w:rPr>
          <w:lang w:val="fr-FR"/>
        </w:rPr>
      </w:pPr>
      <w:r w:rsidRPr="007B11C3">
        <w:rPr>
          <w:lang w:val="fr-FR"/>
        </w:rPr>
        <w:t>Le Cocon du Lion</w:t>
      </w:r>
    </w:p>
    <w:p w14:paraId="72E4C857" w14:textId="7088BABA" w:rsidR="001B315C" w:rsidRPr="00927F7A" w:rsidRDefault="00D60553">
      <w:pPr>
        <w:pStyle w:val="CoverSubtitle"/>
        <w:jc w:val="center"/>
        <w:rPr>
          <w:rFonts w:ascii="Calibri" w:hAnsi="Calibri"/>
          <w:b/>
          <w:color w:val="0A3771"/>
          <w:szCs w:val="40"/>
          <w:lang w:val="fr-FR"/>
        </w:rPr>
      </w:pPr>
      <w:r w:rsidRPr="00927F7A">
        <w:rPr>
          <w:rFonts w:ascii="Calibri" w:hAnsi="Calibri"/>
          <w:b/>
          <w:color w:val="0A3771"/>
          <w:szCs w:val="40"/>
          <w:lang w:val="fr-FR"/>
        </w:rPr>
        <w:t xml:space="preserve">Guide d’accueil </w:t>
      </w:r>
    </w:p>
    <w:p w14:paraId="26C17E0E" w14:textId="77777777" w:rsidR="001B315C" w:rsidRPr="007B11C3" w:rsidRDefault="001B315C">
      <w:pPr>
        <w:pBdr>
          <w:bottom w:val="single" w:sz="12" w:space="0" w:color="B8860B"/>
        </w:pBdr>
        <w:rPr>
          <w:lang w:val="fr-FR"/>
        </w:rPr>
      </w:pPr>
    </w:p>
    <w:p w14:paraId="0B868F31" w14:textId="77777777" w:rsidR="00496EC0" w:rsidRPr="007B11C3" w:rsidRDefault="00496EC0" w:rsidP="00496EC0">
      <w:pPr>
        <w:pStyle w:val="PremiumHeader"/>
        <w:rPr>
          <w:lang w:val="fr-FR"/>
        </w:rPr>
      </w:pPr>
      <w:r>
        <w:rPr>
          <w:rFonts w:ascii="Segoe UI Symbol" w:hAnsi="Segoe UI Symbol" w:cs="Segoe UI Symbol"/>
        </w:rPr>
        <w:t>🗺</w:t>
      </w:r>
      <w:r>
        <w:t>️</w:t>
      </w:r>
      <w:r w:rsidRPr="007B11C3">
        <w:rPr>
          <w:lang w:val="fr-FR"/>
        </w:rPr>
        <w:t xml:space="preserve"> Plan d’accès</w:t>
      </w:r>
    </w:p>
    <w:p w14:paraId="442FF8CF" w14:textId="77777777" w:rsidR="00496EC0" w:rsidRPr="00544040" w:rsidRDefault="00496EC0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Coordonnées GPS : 47.637868° N, 6.864052° E</w:t>
      </w:r>
    </w:p>
    <w:p w14:paraId="7F68E4E7" w14:textId="58C272A6" w:rsidR="00496EC0" w:rsidRDefault="00496EC0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L’impasse</w:t>
      </w:r>
      <w:r>
        <w:rPr>
          <w:rFonts w:asciiTheme="minorHAnsi" w:hAnsiTheme="minorHAnsi"/>
          <w:b w:val="0"/>
          <w:color w:val="auto"/>
          <w:sz w:val="22"/>
          <w:lang w:val="fr-FR"/>
        </w:rPr>
        <w:t xml:space="preserve"> 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est une petite rue très courte, discrète, en zone patrimoniale.</w:t>
      </w:r>
      <w:r>
        <w:rPr>
          <w:rFonts w:asciiTheme="minorHAnsi" w:hAnsiTheme="minorHAnsi"/>
          <w:b w:val="0"/>
          <w:color w:val="auto"/>
          <w:sz w:val="22"/>
          <w:lang w:val="fr-FR"/>
        </w:rPr>
        <w:t xml:space="preserve"> Elle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 xml:space="preserve"> se situe en vieille ville de Belfort, à proximité directe de monuments comme la Cathédrale Saint-Christophe et la Place de l’Arsenal, ce qui facilite son repérage.</w:t>
      </w:r>
    </w:p>
    <w:p w14:paraId="659C471E" w14:textId="1367AE8F" w:rsidR="00496EC0" w:rsidRDefault="00496EC0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À proximité immédiate : boutiques locales, vieille ville, monuments historiques</w:t>
      </w:r>
      <w:r w:rsidR="007D4B82">
        <w:rPr>
          <w:rFonts w:asciiTheme="minorHAnsi" w:hAnsiTheme="minorHAnsi"/>
          <w:b w:val="0"/>
          <w:color w:val="auto"/>
          <w:sz w:val="22"/>
          <w:lang w:val="fr-FR"/>
        </w:rPr>
        <w:t>, Police municipale et Office du tourisme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.</w:t>
      </w:r>
    </w:p>
    <w:p w14:paraId="3C919E32" w14:textId="77777777" w:rsidR="005673E9" w:rsidRDefault="005673E9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1C035DDF" w14:textId="75EA008F" w:rsidR="005673E9" w:rsidRPr="00544040" w:rsidRDefault="004A01A9" w:rsidP="005673E9">
      <w:pPr>
        <w:pStyle w:val="PremiumPlaceholder"/>
        <w:spacing w:after="0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A651101" wp14:editId="6CE7C717">
                <wp:simplePos x="0" y="0"/>
                <wp:positionH relativeFrom="column">
                  <wp:posOffset>1838325</wp:posOffset>
                </wp:positionH>
                <wp:positionV relativeFrom="paragraph">
                  <wp:posOffset>771525</wp:posOffset>
                </wp:positionV>
                <wp:extent cx="838200" cy="800100"/>
                <wp:effectExtent l="76200" t="38100" r="57150" b="95250"/>
                <wp:wrapNone/>
                <wp:docPr id="549267679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8001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F490A2" id="Ellipse 1" o:spid="_x0000_s1026" style="position:absolute;margin-left:144.75pt;margin-top:60.75pt;width:66pt;height:63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" filled="f" strokecolor="red" strokeweight="2.25pt">
                <v:shadow on="t" color="black" opacity="22937f" origin=",.5" offset="0,.63889mm"/>
              </v:oval>
            </w:pict>
          </mc:Fallback>
        </mc:AlternateContent>
      </w:r>
      <w:r w:rsidR="005673E9" w:rsidRPr="00544040">
        <w:rPr>
          <w:noProof/>
          <w:lang w:val="fr-FR"/>
        </w:rPr>
        <w:drawing>
          <wp:inline distT="0" distB="0" distL="0" distR="0" wp14:anchorId="34F1466C" wp14:editId="21E62C97">
            <wp:extent cx="2655126" cy="1962150"/>
            <wp:effectExtent l="0" t="0" r="0" b="0"/>
            <wp:docPr id="1108349342" name="Image 1" descr="Une image contenant fenêtre, plein air, porte, propriété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349342" name="Image 1" descr="Une image contenant fenêtre, plein air, porte, propriété&#10;&#10;Le contenu généré par l’IA peut êtr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5605" cy="197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AACD6" w14:textId="0280F799" w:rsidR="00496EC0" w:rsidRDefault="00496EC0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749ECBBD" w14:textId="2D246250" w:rsidR="005673E9" w:rsidRPr="00544040" w:rsidRDefault="004A01A9" w:rsidP="005673E9">
      <w:pPr>
        <w:pStyle w:val="PremiumPlaceholder"/>
        <w:spacing w:after="0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7641933" wp14:editId="6A3BA1A4">
                <wp:simplePos x="0" y="0"/>
                <wp:positionH relativeFrom="column">
                  <wp:posOffset>2552700</wp:posOffset>
                </wp:positionH>
                <wp:positionV relativeFrom="paragraph">
                  <wp:posOffset>644525</wp:posOffset>
                </wp:positionV>
                <wp:extent cx="838200" cy="800100"/>
                <wp:effectExtent l="76200" t="38100" r="57150" b="95250"/>
                <wp:wrapNone/>
                <wp:docPr id="1309269631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8001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CCBCF8" id="Ellipse 1" o:spid="_x0000_s1026" style="position:absolute;margin-left:201pt;margin-top:50.75pt;width:66pt;height:63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" filled="f" strokecolor="red" strokeweight="2.25pt">
                <v:shadow on="t" color="black" opacity="22937f" origin=",.5" offset="0,.63889mm"/>
              </v:oval>
            </w:pict>
          </mc:Fallback>
        </mc:AlternateContent>
      </w:r>
      <w:r w:rsidR="005673E9" w:rsidRPr="00544040">
        <w:rPr>
          <w:noProof/>
          <w:lang w:val="fr-FR"/>
        </w:rPr>
        <w:drawing>
          <wp:inline distT="0" distB="0" distL="0" distR="0" wp14:anchorId="76E6E1C3" wp14:editId="7EF40175">
            <wp:extent cx="2667000" cy="1947774"/>
            <wp:effectExtent l="0" t="0" r="0" b="0"/>
            <wp:docPr id="880906384" name="Image 1" descr="Une image contenant bâtiment, plein air, fenêtre, so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06384" name="Image 1" descr="Une image contenant bâtiment, plein air, fenêtre, sol&#10;&#10;Le contenu généré par l’IA peut êtr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28662" cy="199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26B99" w14:textId="2B972F5F" w:rsidR="00496EC0" w:rsidRPr="00544040" w:rsidRDefault="00496EC0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lastRenderedPageBreak/>
        <w:t xml:space="preserve">Parkings </w:t>
      </w:r>
      <w:r>
        <w:rPr>
          <w:rFonts w:asciiTheme="minorHAnsi" w:hAnsiTheme="minorHAnsi"/>
          <w:b w:val="0"/>
          <w:color w:val="auto"/>
          <w:sz w:val="22"/>
          <w:lang w:val="fr-FR"/>
        </w:rPr>
        <w:t xml:space="preserve">Voitures 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à proximité (tous accessibles à pied)</w:t>
      </w:r>
    </w:p>
    <w:p w14:paraId="2186CC30" w14:textId="2C2D9535" w:rsidR="00496EC0" w:rsidRDefault="00496EC0" w:rsidP="00742585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Parking de l’Arsenal – à env. 200 m</w:t>
      </w:r>
      <w:r w:rsidR="007D4B82">
        <w:rPr>
          <w:rFonts w:asciiTheme="minorHAnsi" w:hAnsiTheme="minorHAnsi"/>
          <w:b w:val="0"/>
          <w:color w:val="auto"/>
          <w:sz w:val="22"/>
          <w:lang w:val="fr-FR"/>
        </w:rPr>
        <w:t xml:space="preserve"> sous le Lion de la citadelle </w:t>
      </w:r>
      <w:r w:rsidR="00C1677F">
        <w:rPr>
          <w:rFonts w:asciiTheme="minorHAnsi" w:hAnsiTheme="minorHAnsi"/>
          <w:b w:val="0"/>
          <w:color w:val="auto"/>
          <w:sz w:val="22"/>
          <w:lang w:val="fr-FR"/>
        </w:rPr>
        <w:t>(</w:t>
      </w:r>
      <w:r w:rsidR="001820EE">
        <w:rPr>
          <w:rFonts w:asciiTheme="minorHAnsi" w:hAnsiTheme="minorHAnsi"/>
          <w:b w:val="0"/>
          <w:color w:val="auto"/>
          <w:sz w:val="22"/>
          <w:lang w:val="fr-FR"/>
        </w:rPr>
        <w:t>Payant</w:t>
      </w:r>
      <w:r w:rsidR="00C1677F">
        <w:rPr>
          <w:rFonts w:asciiTheme="minorHAnsi" w:hAnsiTheme="minorHAnsi"/>
          <w:b w:val="0"/>
          <w:color w:val="auto"/>
          <w:sz w:val="22"/>
          <w:lang w:val="fr-FR"/>
        </w:rPr>
        <w:t>)</w:t>
      </w:r>
    </w:p>
    <w:p w14:paraId="68BB8D03" w14:textId="617B49E1" w:rsidR="007D4B82" w:rsidRPr="00544040" w:rsidRDefault="007D4B82" w:rsidP="00C1677F">
      <w:pPr>
        <w:pStyle w:val="PremiumPlaceholder"/>
        <w:spacing w:after="0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7D4B82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51CE2064" wp14:editId="71E68026">
            <wp:extent cx="6132245" cy="2984500"/>
            <wp:effectExtent l="0" t="0" r="1905" b="6350"/>
            <wp:docPr id="632186672" name="Image 1" descr="Une image contenant plein air, ciel, route, véhicu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186672" name="Image 1" descr="Une image contenant plein air, ciel, route, véhicule&#10;&#10;Le contenu généré par l’IA peut êtr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2314" cy="300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19A52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607420B0" w14:textId="5C0195A7" w:rsidR="00496EC0" w:rsidRDefault="00742585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742585">
        <w:rPr>
          <w:rFonts w:asciiTheme="minorHAnsi" w:hAnsiTheme="minorHAnsi"/>
          <w:b w:val="0"/>
          <w:color w:val="auto"/>
          <w:sz w:val="22"/>
          <w:lang w:val="fr-FR"/>
        </w:rPr>
        <w:t xml:space="preserve">Parking G. Pompidou vers le </w:t>
      </w:r>
      <w:r>
        <w:rPr>
          <w:rFonts w:asciiTheme="minorHAnsi" w:hAnsiTheme="minorHAnsi"/>
          <w:b w:val="0"/>
          <w:color w:val="auto"/>
          <w:sz w:val="22"/>
          <w:lang w:val="fr-FR"/>
        </w:rPr>
        <w:t xml:space="preserve">commissariat de Police Nationale 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– à env. 2</w:t>
      </w:r>
      <w:r>
        <w:rPr>
          <w:rFonts w:asciiTheme="minorHAnsi" w:hAnsiTheme="minorHAnsi"/>
          <w:b w:val="0"/>
          <w:color w:val="auto"/>
          <w:sz w:val="22"/>
          <w:lang w:val="fr-FR"/>
        </w:rPr>
        <w:t>2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0 m</w:t>
      </w:r>
      <w:r w:rsidR="001820EE">
        <w:rPr>
          <w:rFonts w:asciiTheme="minorHAnsi" w:hAnsiTheme="minorHAnsi"/>
          <w:b w:val="0"/>
          <w:color w:val="auto"/>
          <w:sz w:val="22"/>
          <w:lang w:val="fr-FR"/>
        </w:rPr>
        <w:t xml:space="preserve"> </w:t>
      </w:r>
      <w:r w:rsidR="00C1677F">
        <w:rPr>
          <w:rFonts w:asciiTheme="minorHAnsi" w:hAnsiTheme="minorHAnsi"/>
          <w:b w:val="0"/>
          <w:color w:val="auto"/>
          <w:sz w:val="22"/>
          <w:lang w:val="fr-FR"/>
        </w:rPr>
        <w:t>(</w:t>
      </w:r>
      <w:r w:rsidR="001820EE">
        <w:rPr>
          <w:rFonts w:asciiTheme="minorHAnsi" w:hAnsiTheme="minorHAnsi"/>
          <w:b w:val="0"/>
          <w:color w:val="auto"/>
          <w:sz w:val="22"/>
          <w:lang w:val="fr-FR"/>
        </w:rPr>
        <w:t>Payant</w:t>
      </w:r>
      <w:r w:rsidR="00C1677F">
        <w:rPr>
          <w:rFonts w:asciiTheme="minorHAnsi" w:hAnsiTheme="minorHAnsi"/>
          <w:b w:val="0"/>
          <w:color w:val="auto"/>
          <w:sz w:val="22"/>
          <w:lang w:val="fr-FR"/>
        </w:rPr>
        <w:t>)</w:t>
      </w:r>
      <w:r w:rsidR="001820EE">
        <w:rPr>
          <w:rFonts w:asciiTheme="minorHAnsi" w:hAnsiTheme="minorHAnsi"/>
          <w:b w:val="0"/>
          <w:color w:val="auto"/>
          <w:sz w:val="22"/>
          <w:lang w:val="fr-FR"/>
        </w:rPr>
        <w:t xml:space="preserve"> </w:t>
      </w:r>
    </w:p>
    <w:p w14:paraId="4EDAEA57" w14:textId="4D154FB2" w:rsidR="00742585" w:rsidRDefault="004A01A9" w:rsidP="004A01A9">
      <w:pPr>
        <w:pStyle w:val="PremiumPlaceholder"/>
        <w:spacing w:after="0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4A01A9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459F414C" wp14:editId="2F35F864">
            <wp:extent cx="6132195" cy="3666542"/>
            <wp:effectExtent l="0" t="0" r="1905" b="0"/>
            <wp:docPr id="620643937" name="Image 1" descr="Une image contenant plein air, ciel, véhicule, rou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43937" name="Image 1" descr="Une image contenant plein air, ciel, véhicule, route&#10;&#10;Le contenu généré par l’IA peut êtr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67100" cy="3687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BEB7C" w14:textId="77777777" w:rsidR="00742585" w:rsidRDefault="00742585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6601AA4C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3485880B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60936E06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3B57FA64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284B8347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0B5F8904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15242CC2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353B0855" w14:textId="6B180FD4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>
        <w:rPr>
          <w:rFonts w:asciiTheme="minorHAnsi" w:hAnsiTheme="minorHAnsi"/>
          <w:b w:val="0"/>
          <w:color w:val="auto"/>
          <w:sz w:val="22"/>
          <w:lang w:val="fr-FR"/>
        </w:rPr>
        <w:lastRenderedPageBreak/>
        <w:t xml:space="preserve">Parking situé sous la citadelle Allée du souvenir français (gratuit) </w:t>
      </w:r>
    </w:p>
    <w:p w14:paraId="50A50403" w14:textId="2DEEC817" w:rsidR="00C1677F" w:rsidRDefault="00C1677F" w:rsidP="00C1677F">
      <w:pPr>
        <w:pStyle w:val="PremiumPlaceholder"/>
        <w:spacing w:after="0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C1677F">
        <w:rPr>
          <w:rFonts w:asciiTheme="minorHAnsi" w:hAnsiTheme="minorHAnsi"/>
          <w:b w:val="0"/>
          <w:color w:val="auto"/>
          <w:sz w:val="22"/>
          <w:lang w:val="fr-FR"/>
        </w:rPr>
        <w:drawing>
          <wp:inline distT="0" distB="0" distL="0" distR="0" wp14:anchorId="3C7EEBF4" wp14:editId="7FCE18B8">
            <wp:extent cx="6214660" cy="3067050"/>
            <wp:effectExtent l="0" t="0" r="0" b="0"/>
            <wp:docPr id="121098274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98274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30208" cy="307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DC86A" w14:textId="77777777" w:rsidR="00742585" w:rsidRPr="00742585" w:rsidRDefault="00742585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21FB157A" w14:textId="52FBF46C" w:rsidR="00496EC0" w:rsidRDefault="00496EC0" w:rsidP="00FB16FF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496EC0">
        <w:rPr>
          <w:rFonts w:asciiTheme="minorHAnsi" w:hAnsiTheme="minorHAnsi"/>
          <w:b w:val="0"/>
          <w:color w:val="auto"/>
          <w:sz w:val="22"/>
          <w:lang w:val="fr-FR"/>
        </w:rPr>
        <w:t>Parking Motos Devant l’Office du t</w:t>
      </w:r>
      <w:r>
        <w:rPr>
          <w:rFonts w:asciiTheme="minorHAnsi" w:hAnsiTheme="minorHAnsi"/>
          <w:b w:val="0"/>
          <w:color w:val="auto"/>
          <w:sz w:val="22"/>
          <w:lang w:val="fr-FR"/>
        </w:rPr>
        <w:t>ourisme</w:t>
      </w:r>
      <w:r w:rsidR="00FB16FF">
        <w:rPr>
          <w:rFonts w:asciiTheme="minorHAnsi" w:hAnsiTheme="minorHAnsi"/>
          <w:b w:val="0"/>
          <w:color w:val="auto"/>
          <w:sz w:val="22"/>
          <w:lang w:val="fr-FR"/>
        </w:rPr>
        <w:t xml:space="preserve"> à quelques dizaine de mètres de l’appartement </w:t>
      </w:r>
    </w:p>
    <w:p w14:paraId="2962CA94" w14:textId="590F3F30" w:rsidR="00FB16FF" w:rsidRDefault="00FB16FF" w:rsidP="00FB16FF">
      <w:pPr>
        <w:pStyle w:val="PremiumPlaceholder"/>
        <w:spacing w:after="0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FB16FF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38F8002F" wp14:editId="5045062E">
            <wp:extent cx="3552825" cy="2090986"/>
            <wp:effectExtent l="0" t="0" r="0" b="5080"/>
            <wp:docPr id="1547504718" name="Image 1" descr="Une image contenant plein air, bâtiment, roue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504718" name="Image 1" descr="Une image contenant plein air, bâtiment, roue, Véhicule terrestre&#10;&#10;Le contenu généré par l’IA peut êtr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64606" cy="209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176F8" w14:textId="77777777" w:rsidR="00FB16FF" w:rsidRPr="00544040" w:rsidRDefault="00FB16FF" w:rsidP="00FB16FF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72A24C6F" w14:textId="77777777" w:rsidR="00496EC0" w:rsidRPr="00496EC0" w:rsidRDefault="00496EC0" w:rsidP="00FB16FF">
      <w:pPr>
        <w:pStyle w:val="Titre1"/>
        <w:spacing w:before="0" w:line="300" w:lineRule="atLeast"/>
        <w:rPr>
          <w:rFonts w:ascii="Calibri" w:eastAsiaTheme="minorEastAsia" w:hAnsi="Calibri" w:cstheme="minorBidi"/>
          <w:bCs w:val="0"/>
          <w:color w:val="0A3771"/>
          <w:sz w:val="42"/>
          <w:szCs w:val="22"/>
          <w:lang w:val="fr-FR"/>
        </w:rPr>
      </w:pPr>
      <w:r w:rsidRPr="00496EC0">
        <w:rPr>
          <w:rFonts w:ascii="Segoe UI Emoji" w:eastAsiaTheme="minorEastAsia" w:hAnsi="Segoe UI Emoji" w:cs="Segoe UI Emoji"/>
          <w:bCs w:val="0"/>
          <w:color w:val="0A3771"/>
          <w:sz w:val="42"/>
          <w:szCs w:val="22"/>
          <w:lang w:val="fr-FR"/>
        </w:rPr>
        <w:t>🚶</w:t>
      </w:r>
      <w:r w:rsidRPr="00496EC0">
        <w:rPr>
          <w:rFonts w:ascii="Calibri" w:eastAsiaTheme="minorEastAsia" w:hAnsi="Calibri" w:cstheme="minorBidi"/>
          <w:bCs w:val="0"/>
          <w:color w:val="0A3771"/>
          <w:sz w:val="42"/>
          <w:szCs w:val="22"/>
          <w:lang w:val="fr-FR"/>
        </w:rPr>
        <w:t xml:space="preserve"> Accès à pied depuis la gare de Belfort</w:t>
      </w:r>
    </w:p>
    <w:p w14:paraId="1AC7BCBA" w14:textId="77777777" w:rsidR="00FB16FF" w:rsidRDefault="00FB16FF" w:rsidP="00FB16FF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575B2BCB" w14:textId="697DD0FF" w:rsidR="00496EC0" w:rsidRPr="00496EC0" w:rsidRDefault="00496EC0" w:rsidP="00FB16FF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496EC0">
        <w:rPr>
          <w:rFonts w:asciiTheme="minorHAnsi" w:hAnsiTheme="minorHAnsi"/>
          <w:b w:val="0"/>
          <w:color w:val="auto"/>
          <w:sz w:val="22"/>
          <w:lang w:val="fr-FR"/>
        </w:rPr>
        <w:t xml:space="preserve">Distance : </w:t>
      </w:r>
      <w:r w:rsidRPr="00496EC0">
        <w:rPr>
          <w:rFonts w:asciiTheme="minorHAnsi" w:hAnsiTheme="minorHAnsi"/>
          <w:bCs/>
          <w:color w:val="auto"/>
          <w:sz w:val="22"/>
          <w:lang w:val="fr-FR"/>
        </w:rPr>
        <w:t>~1,3 km</w:t>
      </w:r>
      <w:r w:rsidRPr="00496EC0">
        <w:rPr>
          <w:rFonts w:asciiTheme="minorHAnsi" w:hAnsiTheme="minorHAnsi"/>
          <w:b w:val="0"/>
          <w:color w:val="auto"/>
          <w:sz w:val="22"/>
          <w:lang w:val="fr-FR"/>
        </w:rPr>
        <w:t xml:space="preserve"> (15–18 minutes)</w:t>
      </w:r>
    </w:p>
    <w:p w14:paraId="5FABF31F" w14:textId="77777777" w:rsidR="00496EC0" w:rsidRPr="00544040" w:rsidRDefault="00496EC0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Itinéraire recommandé :</w:t>
      </w:r>
    </w:p>
    <w:p w14:paraId="629AC713" w14:textId="782571D8" w:rsidR="00496EC0" w:rsidRPr="00544040" w:rsidRDefault="00496EC0" w:rsidP="00742585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Sortez</w:t>
      </w:r>
      <w:r w:rsidR="00742585">
        <w:rPr>
          <w:rFonts w:asciiTheme="minorHAnsi" w:hAnsiTheme="minorHAnsi"/>
          <w:b w:val="0"/>
          <w:color w:val="auto"/>
          <w:sz w:val="22"/>
          <w:lang w:val="fr-FR"/>
        </w:rPr>
        <w:t xml:space="preserve"> de la gare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 xml:space="preserve"> côté centre-ville</w:t>
      </w:r>
      <w:r w:rsidR="00742585">
        <w:rPr>
          <w:rFonts w:asciiTheme="minorHAnsi" w:hAnsiTheme="minorHAnsi"/>
          <w:b w:val="0"/>
          <w:color w:val="auto"/>
          <w:sz w:val="22"/>
          <w:lang w:val="fr-FR"/>
        </w:rPr>
        <w:t xml:space="preserve"> (sur la gauche)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.</w:t>
      </w:r>
    </w:p>
    <w:p w14:paraId="698348F9" w14:textId="23C4BC33" w:rsidR="007D4B82" w:rsidRDefault="00496EC0" w:rsidP="00742585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 xml:space="preserve">Remontez </w:t>
      </w:r>
      <w:r w:rsidR="00742585">
        <w:rPr>
          <w:rFonts w:asciiTheme="minorHAnsi" w:hAnsiTheme="minorHAnsi"/>
          <w:b w:val="0"/>
          <w:color w:val="auto"/>
          <w:sz w:val="22"/>
          <w:lang w:val="fr-FR"/>
        </w:rPr>
        <w:t xml:space="preserve">en direction du 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 xml:space="preserve">Faubourg de </w:t>
      </w:r>
      <w:r w:rsidR="007D4B82">
        <w:rPr>
          <w:rFonts w:asciiTheme="minorHAnsi" w:hAnsiTheme="minorHAnsi"/>
          <w:b w:val="0"/>
          <w:color w:val="auto"/>
          <w:sz w:val="22"/>
          <w:lang w:val="fr-FR"/>
        </w:rPr>
        <w:t>France (Rue piéton</w:t>
      </w:r>
      <w:r w:rsidR="00742585">
        <w:rPr>
          <w:rFonts w:asciiTheme="minorHAnsi" w:hAnsiTheme="minorHAnsi"/>
          <w:b w:val="0"/>
          <w:color w:val="auto"/>
          <w:sz w:val="22"/>
          <w:lang w:val="fr-FR"/>
        </w:rPr>
        <w:t>ne</w:t>
      </w:r>
      <w:r w:rsidR="007D4B82">
        <w:rPr>
          <w:rFonts w:asciiTheme="minorHAnsi" w:hAnsiTheme="minorHAnsi"/>
          <w:b w:val="0"/>
          <w:color w:val="auto"/>
          <w:sz w:val="22"/>
          <w:lang w:val="fr-FR"/>
        </w:rPr>
        <w:t>)</w:t>
      </w:r>
      <w:r w:rsidR="00742585">
        <w:rPr>
          <w:rFonts w:asciiTheme="minorHAnsi" w:hAnsiTheme="minorHAnsi"/>
          <w:b w:val="0"/>
          <w:color w:val="auto"/>
          <w:sz w:val="22"/>
          <w:lang w:val="fr-FR"/>
        </w:rPr>
        <w:t xml:space="preserve"> jusqu’à la </w:t>
      </w:r>
      <w:r w:rsidR="007D4B82">
        <w:rPr>
          <w:rFonts w:asciiTheme="minorHAnsi" w:hAnsiTheme="minorHAnsi"/>
          <w:b w:val="0"/>
          <w:color w:val="auto"/>
          <w:sz w:val="22"/>
          <w:lang w:val="fr-FR"/>
        </w:rPr>
        <w:t>Place Corbis</w:t>
      </w:r>
    </w:p>
    <w:p w14:paraId="6E94A9DD" w14:textId="1C25F5DC" w:rsidR="00496EC0" w:rsidRPr="00544040" w:rsidRDefault="00742585" w:rsidP="00742585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>
        <w:rPr>
          <w:rFonts w:asciiTheme="minorHAnsi" w:hAnsiTheme="minorHAnsi"/>
          <w:b w:val="0"/>
          <w:color w:val="auto"/>
          <w:sz w:val="22"/>
          <w:lang w:val="fr-FR"/>
        </w:rPr>
        <w:t>Traverser la Savoureuse tout droit et c</w:t>
      </w:r>
      <w:r w:rsidR="00496EC0" w:rsidRPr="00544040">
        <w:rPr>
          <w:rFonts w:asciiTheme="minorHAnsi" w:hAnsiTheme="minorHAnsi"/>
          <w:b w:val="0"/>
          <w:color w:val="auto"/>
          <w:sz w:val="22"/>
          <w:lang w:val="fr-FR"/>
        </w:rPr>
        <w:t>ontinuez jusqu’à la Place d’Armes.</w:t>
      </w:r>
    </w:p>
    <w:p w14:paraId="58457CBE" w14:textId="668A16DC" w:rsidR="00496EC0" w:rsidRDefault="00496EC0" w:rsidP="00742585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Suivez les panneaux pour la Cathédrale Saint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noBreakHyphen/>
        <w:t>Christophe → Impasse de l’Horloge</w:t>
      </w:r>
      <w:r w:rsidR="00742585">
        <w:rPr>
          <w:rFonts w:asciiTheme="minorHAnsi" w:hAnsiTheme="minorHAnsi"/>
          <w:b w:val="0"/>
          <w:color w:val="auto"/>
          <w:sz w:val="22"/>
          <w:lang w:val="fr-FR"/>
        </w:rPr>
        <w:t xml:space="preserve"> se trouve sur la droite de la place (à côté de l’office du tourisme)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.</w:t>
      </w:r>
    </w:p>
    <w:p w14:paraId="38890AAA" w14:textId="77777777" w:rsidR="00496EC0" w:rsidRDefault="00496EC0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4E7E7F50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68FCA55D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0087B3E6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2353626D" w14:textId="77777777" w:rsidR="00C1677F" w:rsidRDefault="00C1677F" w:rsidP="00496EC0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597DDCEA" w14:textId="77777777" w:rsidR="007064FA" w:rsidRPr="007B11C3" w:rsidRDefault="007064FA" w:rsidP="007064FA">
      <w:pPr>
        <w:pStyle w:val="PremiumHeader"/>
        <w:rPr>
          <w:lang w:val="fr-FR"/>
        </w:rPr>
      </w:pPr>
      <w:r>
        <w:lastRenderedPageBreak/>
        <w:t>🕒</w:t>
      </w:r>
      <w:r w:rsidRPr="007B11C3">
        <w:rPr>
          <w:lang w:val="fr-FR"/>
        </w:rPr>
        <w:t xml:space="preserve"> Arrivée et départ</w:t>
      </w:r>
    </w:p>
    <w:p w14:paraId="673BB0A8" w14:textId="0A09CDB3" w:rsidR="00B70A6A" w:rsidRPr="00B70A6A" w:rsidRDefault="00B70A6A" w:rsidP="007064FA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B70A6A">
        <w:rPr>
          <w:rFonts w:asciiTheme="minorHAnsi" w:hAnsiTheme="minorHAnsi"/>
          <w:b w:val="0"/>
          <w:color w:val="auto"/>
          <w:sz w:val="22"/>
          <w:lang w:val="fr-FR"/>
        </w:rPr>
        <w:t xml:space="preserve">L’appartement dispose d’une entrée privative </w:t>
      </w:r>
    </w:p>
    <w:p w14:paraId="4C90DECA" w14:textId="15B54C45" w:rsidR="007064FA" w:rsidRPr="007064FA" w:rsidRDefault="007064FA" w:rsidP="007064FA">
      <w:pPr>
        <w:pStyle w:val="PremiumPlaceholder"/>
        <w:spacing w:after="0"/>
        <w:rPr>
          <w:rFonts w:asciiTheme="minorHAnsi" w:hAnsiTheme="minorHAnsi"/>
          <w:bCs/>
          <w:color w:val="auto"/>
          <w:sz w:val="22"/>
          <w:lang w:val="fr-FR"/>
        </w:rPr>
      </w:pPr>
      <w:r w:rsidRPr="007064FA">
        <w:rPr>
          <w:rFonts w:asciiTheme="minorHAnsi" w:hAnsiTheme="minorHAnsi"/>
          <w:bCs/>
          <w:color w:val="auto"/>
          <w:sz w:val="22"/>
          <w:lang w:val="fr-FR"/>
        </w:rPr>
        <w:t>Arrivée :</w:t>
      </w:r>
    </w:p>
    <w:p w14:paraId="6CBFC6CB" w14:textId="2EDF6AF7" w:rsidR="007064FA" w:rsidRDefault="007064FA" w:rsidP="007064FA">
      <w:pPr>
        <w:spacing w:after="0"/>
        <w:rPr>
          <w:lang w:val="fr-FR"/>
        </w:rPr>
      </w:pPr>
      <w:r w:rsidRPr="007B11C3">
        <w:rPr>
          <w:lang w:val="fr-FR"/>
        </w:rPr>
        <w:t>• Heure d’arrivée : à partir de 15h.</w:t>
      </w:r>
      <w:r w:rsidRPr="007B11C3">
        <w:rPr>
          <w:lang w:val="fr-FR"/>
        </w:rPr>
        <w:br/>
        <w:t xml:space="preserve">• Récupération des clés </w:t>
      </w:r>
      <w:r>
        <w:rPr>
          <w:lang w:val="fr-FR"/>
        </w:rPr>
        <w:t>dans la boite</w:t>
      </w:r>
      <w:r w:rsidRPr="007B11C3">
        <w:rPr>
          <w:lang w:val="fr-FR"/>
        </w:rPr>
        <w:t xml:space="preserve"> à clés : </w:t>
      </w:r>
      <w:r>
        <w:rPr>
          <w:lang w:val="fr-FR"/>
        </w:rPr>
        <w:t xml:space="preserve">un code vous sera généré le jour même </w:t>
      </w:r>
    </w:p>
    <w:p w14:paraId="4A3E2095" w14:textId="77777777" w:rsidR="007064FA" w:rsidRDefault="007064FA" w:rsidP="007064FA">
      <w:pPr>
        <w:spacing w:after="0"/>
        <w:rPr>
          <w:lang w:val="fr-FR"/>
        </w:rPr>
      </w:pPr>
    </w:p>
    <w:p w14:paraId="1B4F2B69" w14:textId="77777777" w:rsidR="007064FA" w:rsidRPr="007064FA" w:rsidRDefault="007064FA" w:rsidP="007064FA">
      <w:pPr>
        <w:pStyle w:val="PremiumPlaceholder"/>
        <w:spacing w:after="0"/>
        <w:rPr>
          <w:rFonts w:asciiTheme="minorHAnsi" w:hAnsiTheme="minorHAnsi"/>
          <w:bCs/>
          <w:color w:val="auto"/>
          <w:sz w:val="22"/>
          <w:lang w:val="fr-FR"/>
        </w:rPr>
      </w:pPr>
      <w:r w:rsidRPr="007064FA">
        <w:rPr>
          <w:rFonts w:asciiTheme="minorHAnsi" w:hAnsiTheme="minorHAnsi"/>
          <w:bCs/>
          <w:color w:val="auto"/>
          <w:sz w:val="22"/>
          <w:lang w:val="fr-FR"/>
        </w:rPr>
        <w:t>Départ :</w:t>
      </w:r>
    </w:p>
    <w:p w14:paraId="474111D8" w14:textId="1355C00E" w:rsidR="007064FA" w:rsidRPr="00544040" w:rsidRDefault="007064FA" w:rsidP="007064FA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Heure de départ : avant 11h.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br/>
        <w:t>Avant votre départ, merci de :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br/>
      </w:r>
      <w:r>
        <w:rPr>
          <w:rFonts w:asciiTheme="minorHAnsi" w:hAnsiTheme="minorHAnsi"/>
          <w:b w:val="0"/>
          <w:color w:val="auto"/>
          <w:sz w:val="22"/>
          <w:lang w:val="fr-FR"/>
        </w:rPr>
        <w:t xml:space="preserve">          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• Éteindre les lumières.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br/>
      </w:r>
      <w:r>
        <w:rPr>
          <w:rFonts w:asciiTheme="minorHAnsi" w:hAnsiTheme="minorHAnsi"/>
          <w:b w:val="0"/>
          <w:color w:val="auto"/>
          <w:sz w:val="22"/>
          <w:lang w:val="fr-FR"/>
        </w:rPr>
        <w:t xml:space="preserve">          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• Fermer les fenêtres.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br/>
      </w:r>
      <w:r>
        <w:rPr>
          <w:rFonts w:asciiTheme="minorHAnsi" w:hAnsiTheme="minorHAnsi"/>
          <w:b w:val="0"/>
          <w:color w:val="auto"/>
          <w:sz w:val="22"/>
          <w:lang w:val="fr-FR"/>
        </w:rPr>
        <w:t xml:space="preserve">          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• Sortir les poubelles.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br/>
      </w:r>
      <w:r>
        <w:rPr>
          <w:rFonts w:asciiTheme="minorHAnsi" w:hAnsiTheme="minorHAnsi"/>
          <w:b w:val="0"/>
          <w:color w:val="auto"/>
          <w:sz w:val="22"/>
          <w:lang w:val="fr-FR"/>
        </w:rPr>
        <w:t xml:space="preserve">          </w:t>
      </w:r>
      <w:r w:rsidRPr="00544040">
        <w:rPr>
          <w:rFonts w:asciiTheme="minorHAnsi" w:hAnsiTheme="minorHAnsi"/>
          <w:b w:val="0"/>
          <w:color w:val="auto"/>
          <w:sz w:val="22"/>
          <w:lang w:val="fr-FR"/>
        </w:rPr>
        <w:t>• Mettre draps, taies d’oreillers, serviettes et tapis de douche dans le sac à linge sale.</w:t>
      </w:r>
    </w:p>
    <w:p w14:paraId="016DCE86" w14:textId="750D35BA" w:rsidR="00496EC0" w:rsidRDefault="00496EC0" w:rsidP="00496EC0">
      <w:pPr>
        <w:pStyle w:val="PremiumPlaceholder"/>
        <w:rPr>
          <w:lang w:val="fr-FR"/>
        </w:rPr>
      </w:pPr>
    </w:p>
    <w:p w14:paraId="36103DAB" w14:textId="77777777" w:rsidR="00DE47D8" w:rsidRPr="007B11C3" w:rsidRDefault="00DE47D8" w:rsidP="00DE47D8">
      <w:pPr>
        <w:pStyle w:val="PremiumHeader"/>
        <w:rPr>
          <w:lang w:val="fr-FR"/>
        </w:rPr>
      </w:pPr>
      <w:r>
        <w:t>📶</w:t>
      </w:r>
      <w:r w:rsidRPr="007B11C3">
        <w:rPr>
          <w:lang w:val="fr-FR"/>
        </w:rPr>
        <w:t xml:space="preserve"> Connexion Wi-Fi</w:t>
      </w:r>
    </w:p>
    <w:p w14:paraId="281A8E6E" w14:textId="305C9751" w:rsidR="00DE47D8" w:rsidRPr="00DD6D89" w:rsidRDefault="00DE47D8" w:rsidP="00B70A6A">
      <w:pPr>
        <w:spacing w:after="0"/>
        <w:rPr>
          <w:lang w:val="fr-FR"/>
        </w:rPr>
      </w:pPr>
      <w:r w:rsidRPr="007B11C3">
        <w:rPr>
          <w:lang w:val="fr-FR"/>
        </w:rPr>
        <w:t xml:space="preserve">Nom du réseau (SSID) : </w:t>
      </w:r>
      <w:r w:rsidR="00DD6D89" w:rsidRPr="00DD6D89">
        <w:rPr>
          <w:lang w:val="fr-FR"/>
        </w:rPr>
        <w:t>LiveBox 7F90</w:t>
      </w:r>
    </w:p>
    <w:p w14:paraId="1DD6EC7A" w14:textId="659149FE" w:rsidR="00DE47D8" w:rsidRDefault="00DE47D8" w:rsidP="00B70A6A">
      <w:pPr>
        <w:spacing w:after="0"/>
        <w:rPr>
          <w:lang w:val="fr-FR"/>
        </w:rPr>
      </w:pPr>
      <w:r w:rsidRPr="007B11C3">
        <w:rPr>
          <w:lang w:val="fr-FR"/>
        </w:rPr>
        <w:t xml:space="preserve">Mot de passe : </w:t>
      </w:r>
      <w:r w:rsidR="00DD6D89" w:rsidRPr="00DD6D89">
        <w:rPr>
          <w:lang w:val="fr-FR"/>
        </w:rPr>
        <w:t>pXFI U6RX ie3Y 2KwF Xy</w:t>
      </w:r>
    </w:p>
    <w:p w14:paraId="23382622" w14:textId="77777777" w:rsidR="00587B1B" w:rsidRPr="00DD6D89" w:rsidRDefault="00587B1B" w:rsidP="00B70A6A">
      <w:pPr>
        <w:spacing w:after="0"/>
        <w:rPr>
          <w:lang w:val="fr-FR"/>
        </w:rPr>
      </w:pPr>
    </w:p>
    <w:p w14:paraId="593AC7FB" w14:textId="77777777" w:rsidR="00DE47D8" w:rsidRPr="00544040" w:rsidRDefault="00DE47D8" w:rsidP="00DE47D8">
      <w:pPr>
        <w:pStyle w:val="PremiumPlaceholder"/>
        <w:spacing w:after="0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3F16C2D9" w14:textId="77777777" w:rsidR="00DE47D8" w:rsidRPr="00544040" w:rsidRDefault="00DE47D8" w:rsidP="00DE47D8">
      <w:pPr>
        <w:pStyle w:val="PremiumPlaceholder"/>
        <w:rPr>
          <w:color w:val="0A3771"/>
          <w:sz w:val="42"/>
          <w:lang w:val="fr-FR"/>
        </w:rPr>
      </w:pPr>
      <w:r w:rsidRPr="00544040">
        <w:rPr>
          <w:rFonts w:ascii="Segoe UI Emoji" w:hAnsi="Segoe UI Emoji" w:cs="Segoe UI Emoji"/>
          <w:color w:val="0A3771"/>
          <w:sz w:val="42"/>
          <w:lang w:val="fr-FR"/>
        </w:rPr>
        <w:t>🧭</w:t>
      </w:r>
      <w:r w:rsidRPr="00544040">
        <w:rPr>
          <w:color w:val="0A3771"/>
          <w:sz w:val="42"/>
          <w:lang w:val="fr-FR"/>
        </w:rPr>
        <w:t xml:space="preserve"> Informations utiles</w:t>
      </w:r>
    </w:p>
    <w:p w14:paraId="673DD06D" w14:textId="0AE61138" w:rsidR="00DE47D8" w:rsidRPr="004641E0" w:rsidRDefault="00DE47D8" w:rsidP="00DE47D8">
      <w:pPr>
        <w:pStyle w:val="PremiumPlaceholder"/>
        <w:rPr>
          <w:rFonts w:asciiTheme="minorHAnsi" w:hAnsiTheme="minorHAnsi"/>
          <w:bCs/>
          <w:color w:val="FF0000"/>
          <w:sz w:val="22"/>
          <w:lang w:val="fr-FR"/>
        </w:rPr>
      </w:pPr>
      <w:r w:rsidRPr="00EE71CA">
        <w:rPr>
          <w:rFonts w:asciiTheme="minorHAnsi" w:hAnsiTheme="minorHAnsi"/>
          <w:bCs/>
          <w:color w:val="FF0000"/>
          <w:sz w:val="22"/>
          <w:u w:val="single"/>
          <w:lang w:val="fr-FR"/>
        </w:rPr>
        <w:t>Attention</w:t>
      </w:r>
      <w:r w:rsidRPr="004641E0">
        <w:rPr>
          <w:rFonts w:asciiTheme="minorHAnsi" w:hAnsiTheme="minorHAnsi"/>
          <w:bCs/>
          <w:color w:val="FF0000"/>
          <w:sz w:val="22"/>
          <w:lang w:val="fr-FR"/>
        </w:rPr>
        <w:t xml:space="preserve"> la porte d’entrée ne possède pas de cl</w:t>
      </w:r>
      <w:r w:rsidR="004641E0" w:rsidRPr="004641E0">
        <w:rPr>
          <w:rFonts w:asciiTheme="minorHAnsi" w:hAnsiTheme="minorHAnsi"/>
          <w:bCs/>
          <w:color w:val="FF0000"/>
          <w:sz w:val="22"/>
          <w:lang w:val="fr-FR"/>
        </w:rPr>
        <w:t>e</w:t>
      </w:r>
      <w:r w:rsidRPr="004641E0">
        <w:rPr>
          <w:rFonts w:asciiTheme="minorHAnsi" w:hAnsiTheme="minorHAnsi"/>
          <w:bCs/>
          <w:color w:val="FF0000"/>
          <w:sz w:val="22"/>
          <w:lang w:val="fr-FR"/>
        </w:rPr>
        <w:t>nche</w:t>
      </w:r>
      <w:r w:rsidR="00EE71CA">
        <w:rPr>
          <w:rFonts w:asciiTheme="minorHAnsi" w:hAnsiTheme="minorHAnsi"/>
          <w:bCs/>
          <w:color w:val="FF0000"/>
          <w:sz w:val="22"/>
          <w:lang w:val="fr-FR"/>
        </w:rPr>
        <w:t xml:space="preserve"> à l’extérieure</w:t>
      </w:r>
      <w:r w:rsidR="004641E0" w:rsidRPr="004641E0">
        <w:rPr>
          <w:rFonts w:asciiTheme="minorHAnsi" w:hAnsiTheme="minorHAnsi"/>
          <w:bCs/>
          <w:color w:val="FF0000"/>
          <w:sz w:val="22"/>
          <w:lang w:val="fr-FR"/>
        </w:rPr>
        <w:t xml:space="preserve"> donc ne sortez pas de l’appartement sans vos clés. </w:t>
      </w:r>
    </w:p>
    <w:p w14:paraId="4971DE62" w14:textId="77777777" w:rsidR="00DE47D8" w:rsidRPr="007B11C3" w:rsidRDefault="00DE47D8" w:rsidP="00DE47D8">
      <w:pPr>
        <w:pStyle w:val="PremiumHeader"/>
        <w:rPr>
          <w:lang w:val="fr-FR"/>
        </w:rPr>
      </w:pPr>
      <w:r>
        <w:t>🏡</w:t>
      </w:r>
      <w:r w:rsidRPr="007B11C3">
        <w:rPr>
          <w:lang w:val="fr-FR"/>
        </w:rPr>
        <w:t xml:space="preserve"> Règles de la maison</w:t>
      </w:r>
    </w:p>
    <w:p w14:paraId="1EFE4B49" w14:textId="4DF5FE0E" w:rsidR="00DD6D89" w:rsidRDefault="00DE47D8" w:rsidP="00DD6D89">
      <w:pPr>
        <w:spacing w:after="0"/>
        <w:rPr>
          <w:lang w:val="fr-FR"/>
        </w:rPr>
      </w:pPr>
      <w:r w:rsidRPr="007B11C3">
        <w:rPr>
          <w:lang w:val="fr-FR"/>
        </w:rPr>
        <w:t>Logement non-fumeur.</w:t>
      </w:r>
      <w:r w:rsidRPr="007B11C3">
        <w:rPr>
          <w:lang w:val="fr-FR"/>
        </w:rPr>
        <w:br/>
        <w:t>Pas de fêtes.</w:t>
      </w:r>
      <w:r w:rsidRPr="007B11C3">
        <w:rPr>
          <w:lang w:val="fr-FR"/>
        </w:rPr>
        <w:br/>
        <w:t>Respect</w:t>
      </w:r>
      <w:r w:rsidR="00DD6D89">
        <w:rPr>
          <w:lang w:val="fr-FR"/>
        </w:rPr>
        <w:t>er</w:t>
      </w:r>
      <w:r w:rsidRPr="007B11C3">
        <w:rPr>
          <w:lang w:val="fr-FR"/>
        </w:rPr>
        <w:t xml:space="preserve"> du voisinage.</w:t>
      </w:r>
    </w:p>
    <w:p w14:paraId="11012562" w14:textId="49B0CEE7" w:rsidR="00DD6D89" w:rsidRPr="00DD6D89" w:rsidRDefault="00DD6D89" w:rsidP="00DD6D89">
      <w:pPr>
        <w:spacing w:after="0"/>
        <w:rPr>
          <w:lang w:val="fr-FR"/>
        </w:rPr>
      </w:pPr>
      <w:r w:rsidRPr="00DD6D89">
        <w:rPr>
          <w:lang w:val="fr-FR"/>
        </w:rPr>
        <w:t>Merci de respecter le calme entre 22h et 8h</w:t>
      </w:r>
    </w:p>
    <w:p w14:paraId="7BE36BA2" w14:textId="40596BF6" w:rsidR="00DD6D89" w:rsidRDefault="000D6908" w:rsidP="00B90D5F">
      <w:pPr>
        <w:spacing w:after="0"/>
        <w:rPr>
          <w:lang w:val="fr-FR"/>
        </w:rPr>
      </w:pPr>
      <w:r w:rsidRPr="000D6908">
        <w:rPr>
          <w:lang w:val="fr-FR"/>
        </w:rPr>
        <w:t>Merci de laisser l’appartement rangé et la vaisselle propre</w:t>
      </w:r>
    </w:p>
    <w:p w14:paraId="2B5C5AD5" w14:textId="2C258D02" w:rsidR="00B90D5F" w:rsidRDefault="00B90D5F" w:rsidP="00B90D5F">
      <w:pPr>
        <w:spacing w:after="0"/>
        <w:rPr>
          <w:lang w:val="fr-FR"/>
        </w:rPr>
      </w:pPr>
      <w:r w:rsidRPr="00B90D5F">
        <w:rPr>
          <w:lang w:val="fr-FR"/>
        </w:rPr>
        <w:t xml:space="preserve">Capacité de couchage : 2 personnes </w:t>
      </w:r>
      <w:r w:rsidR="000031B5">
        <w:rPr>
          <w:lang w:val="fr-FR"/>
        </w:rPr>
        <w:t>et si besoin</w:t>
      </w:r>
      <w:r w:rsidRPr="00B90D5F">
        <w:rPr>
          <w:lang w:val="fr-FR"/>
        </w:rPr>
        <w:t xml:space="preserve"> 1 lit </w:t>
      </w:r>
      <w:r>
        <w:rPr>
          <w:lang w:val="fr-FR"/>
        </w:rPr>
        <w:t xml:space="preserve">d’appoint </w:t>
      </w:r>
    </w:p>
    <w:p w14:paraId="78728BB9" w14:textId="0975AE99" w:rsidR="000031B5" w:rsidRPr="00B90D5F" w:rsidRDefault="000031B5" w:rsidP="00B90D5F">
      <w:pPr>
        <w:spacing w:after="0"/>
        <w:rPr>
          <w:lang w:val="fr-FR"/>
        </w:rPr>
      </w:pPr>
      <w:r>
        <w:rPr>
          <w:lang w:val="fr-FR"/>
        </w:rPr>
        <w:t>Sur demande une chaise haute et un lit parapluie pour bébé</w:t>
      </w:r>
    </w:p>
    <w:p w14:paraId="0A1C6E1A" w14:textId="77777777" w:rsidR="000D6908" w:rsidRDefault="000D6908" w:rsidP="00DE47D8">
      <w:pPr>
        <w:rPr>
          <w:lang w:val="fr-FR"/>
        </w:rPr>
      </w:pPr>
    </w:p>
    <w:p w14:paraId="2EDD94E7" w14:textId="77777777" w:rsidR="00C1677F" w:rsidRDefault="00C1677F" w:rsidP="00DE47D8">
      <w:pPr>
        <w:rPr>
          <w:lang w:val="fr-FR"/>
        </w:rPr>
      </w:pPr>
    </w:p>
    <w:p w14:paraId="5235F6D7" w14:textId="77777777" w:rsidR="00C1677F" w:rsidRDefault="00C1677F" w:rsidP="00DE47D8">
      <w:pPr>
        <w:rPr>
          <w:lang w:val="fr-FR"/>
        </w:rPr>
      </w:pPr>
    </w:p>
    <w:p w14:paraId="1BBB7E6E" w14:textId="77777777" w:rsidR="00C1677F" w:rsidRDefault="00C1677F" w:rsidP="00DE47D8">
      <w:pPr>
        <w:rPr>
          <w:lang w:val="fr-FR"/>
        </w:rPr>
      </w:pPr>
    </w:p>
    <w:p w14:paraId="7DBF9D6D" w14:textId="77777777" w:rsidR="00C1677F" w:rsidRDefault="00C1677F" w:rsidP="00DE47D8">
      <w:pPr>
        <w:rPr>
          <w:lang w:val="fr-FR"/>
        </w:rPr>
      </w:pPr>
    </w:p>
    <w:p w14:paraId="693E03A6" w14:textId="2C1F9F7A" w:rsidR="000D6908" w:rsidRDefault="004D748E" w:rsidP="00DE47D8">
      <w:pPr>
        <w:rPr>
          <w:rFonts w:ascii="Calibri" w:hAnsi="Calibri"/>
          <w:b/>
          <w:color w:val="0A3771"/>
          <w:sz w:val="42"/>
          <w:lang w:val="fr-FR"/>
        </w:rPr>
      </w:pPr>
      <w:r w:rsidRPr="004D748E">
        <w:rPr>
          <w:rFonts w:ascii="Calibri" w:hAnsi="Calibri"/>
          <w:b/>
          <w:noProof/>
          <w:color w:val="0A3771"/>
          <w:sz w:val="42"/>
          <w:lang w:val="fr-FR"/>
        </w:rPr>
        <w:lastRenderedPageBreak/>
        <w:drawing>
          <wp:inline distT="0" distB="0" distL="0" distR="0" wp14:anchorId="5435DEB7" wp14:editId="04DEFACE">
            <wp:extent cx="381000" cy="373602"/>
            <wp:effectExtent l="0" t="0" r="0" b="7620"/>
            <wp:docPr id="1920046926" name="Image 1" descr="Une image contenant symbole, concep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046926" name="Image 1" descr="Une image contenant symbole, conception&#10;&#10;Le contenu généré par l’IA peut êtr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6896" cy="37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6908">
        <w:rPr>
          <w:rFonts w:ascii="Calibri" w:hAnsi="Calibri"/>
          <w:b/>
          <w:color w:val="0A3771"/>
          <w:sz w:val="42"/>
          <w:lang w:val="fr-FR"/>
        </w:rPr>
        <w:t xml:space="preserve"> </w:t>
      </w:r>
      <w:r w:rsidR="000D6908" w:rsidRPr="000D6908">
        <w:rPr>
          <w:rFonts w:ascii="Calibri" w:hAnsi="Calibri"/>
          <w:b/>
          <w:color w:val="0A3771"/>
          <w:sz w:val="42"/>
          <w:lang w:val="fr-FR"/>
        </w:rPr>
        <w:t>Équipements disponibles</w:t>
      </w:r>
    </w:p>
    <w:p w14:paraId="7EB6C76D" w14:textId="77777777" w:rsidR="003D21B0" w:rsidRP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 Cuisine équipée</w:t>
      </w:r>
      <w:r w:rsidRPr="003D21B0">
        <w:rPr>
          <w:lang w:val="fr-FR"/>
        </w:rPr>
        <w:br/>
        <w:t>- Draps et serviettes fournis</w:t>
      </w:r>
      <w:r w:rsidRPr="003D21B0">
        <w:rPr>
          <w:lang w:val="fr-FR"/>
        </w:rPr>
        <w:br/>
        <w:t>- Chauffage collectif gaz</w:t>
      </w:r>
      <w:r w:rsidRPr="003D21B0">
        <w:rPr>
          <w:lang w:val="fr-FR"/>
        </w:rPr>
        <w:br/>
        <w:t>- Machine à laver (mode d’emploi sur la machine)</w:t>
      </w:r>
      <w:r w:rsidRPr="003D21B0">
        <w:rPr>
          <w:lang w:val="fr-FR"/>
        </w:rPr>
        <w:br/>
        <w:t>- Produits d’entretien de base</w:t>
      </w:r>
    </w:p>
    <w:p w14:paraId="450D908A" w14:textId="640BDDFE" w:rsid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-Lave-vaisselle</w:t>
      </w:r>
    </w:p>
    <w:p w14:paraId="61CB015C" w14:textId="4DE3421E" w:rsidR="00856603" w:rsidRPr="003D21B0" w:rsidRDefault="00856603" w:rsidP="003D21B0">
      <w:pPr>
        <w:spacing w:after="0"/>
        <w:rPr>
          <w:lang w:val="fr-FR"/>
        </w:rPr>
      </w:pPr>
      <w:r>
        <w:rPr>
          <w:lang w:val="fr-FR"/>
        </w:rPr>
        <w:t>-essoreuse à salades</w:t>
      </w:r>
    </w:p>
    <w:p w14:paraId="346EE65C" w14:textId="77777777" w:rsidR="003D21B0" w:rsidRP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-Four</w:t>
      </w:r>
    </w:p>
    <w:p w14:paraId="1D88244D" w14:textId="329392B1" w:rsidR="003D21B0" w:rsidRP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-Four micro-ondes</w:t>
      </w:r>
    </w:p>
    <w:p w14:paraId="0AE55F63" w14:textId="4F0F07E4" w:rsidR="003D21B0" w:rsidRP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 Sèche-cheveux.</w:t>
      </w:r>
    </w:p>
    <w:p w14:paraId="1C892266" w14:textId="25E06348" w:rsidR="003D21B0" w:rsidRP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-Télévision équipe avec la fibre.</w:t>
      </w:r>
    </w:p>
    <w:p w14:paraId="53F956D4" w14:textId="33327482" w:rsidR="003D21B0" w:rsidRP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 Porte bagage.</w:t>
      </w:r>
    </w:p>
    <w:p w14:paraId="1F84F090" w14:textId="3CD07F56" w:rsidR="003D21B0" w:rsidRP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-Bouilloire électrique</w:t>
      </w:r>
    </w:p>
    <w:p w14:paraId="4A0D8D38" w14:textId="33981B2E" w:rsidR="003D21B0" w:rsidRDefault="003D21B0" w:rsidP="003D21B0">
      <w:pPr>
        <w:spacing w:after="0"/>
        <w:rPr>
          <w:lang w:val="fr-FR"/>
        </w:rPr>
      </w:pPr>
      <w:r w:rsidRPr="003D21B0">
        <w:rPr>
          <w:lang w:val="fr-FR"/>
        </w:rPr>
        <w:t>-Grille-pain</w:t>
      </w:r>
    </w:p>
    <w:p w14:paraId="5D5BDE87" w14:textId="5744BA8B" w:rsidR="0027355B" w:rsidRDefault="003D21B0" w:rsidP="003D21B0">
      <w:pPr>
        <w:spacing w:after="0"/>
        <w:rPr>
          <w:lang w:val="fr-FR"/>
        </w:rPr>
      </w:pPr>
      <w:r>
        <w:rPr>
          <w:lang w:val="fr-FR"/>
        </w:rPr>
        <w:t xml:space="preserve">-Four à raclette </w:t>
      </w:r>
    </w:p>
    <w:p w14:paraId="63CDA9BD" w14:textId="06164DE5" w:rsidR="007F7700" w:rsidRDefault="007F7700" w:rsidP="003D21B0">
      <w:pPr>
        <w:spacing w:after="0"/>
        <w:rPr>
          <w:lang w:val="fr-FR"/>
        </w:rPr>
      </w:pPr>
      <w:r>
        <w:rPr>
          <w:lang w:val="fr-FR"/>
        </w:rPr>
        <w:t xml:space="preserve">-crêpières </w:t>
      </w:r>
    </w:p>
    <w:p w14:paraId="300DF593" w14:textId="0C9048BF" w:rsidR="00856603" w:rsidRDefault="00856603" w:rsidP="003D21B0">
      <w:pPr>
        <w:spacing w:after="0"/>
        <w:rPr>
          <w:lang w:val="fr-FR"/>
        </w:rPr>
      </w:pPr>
      <w:r>
        <w:rPr>
          <w:lang w:val="fr-FR"/>
        </w:rPr>
        <w:t xml:space="preserve">-aspirateur </w:t>
      </w:r>
    </w:p>
    <w:p w14:paraId="3870C391" w14:textId="4FFC59E3" w:rsidR="00856603" w:rsidRDefault="00856603" w:rsidP="003D21B0">
      <w:pPr>
        <w:spacing w:after="0"/>
        <w:rPr>
          <w:lang w:val="fr-FR"/>
        </w:rPr>
      </w:pPr>
      <w:r>
        <w:rPr>
          <w:lang w:val="fr-FR"/>
        </w:rPr>
        <w:t xml:space="preserve">-table + fer à repasser </w:t>
      </w:r>
    </w:p>
    <w:p w14:paraId="7009FE9A" w14:textId="7558BF80" w:rsidR="00856603" w:rsidRDefault="00856603" w:rsidP="003D21B0">
      <w:pPr>
        <w:spacing w:after="0"/>
        <w:rPr>
          <w:lang w:val="fr-FR"/>
        </w:rPr>
      </w:pPr>
      <w:r>
        <w:rPr>
          <w:lang w:val="fr-FR"/>
        </w:rPr>
        <w:t xml:space="preserve">-coffre à jeux </w:t>
      </w:r>
    </w:p>
    <w:p w14:paraId="02D3027B" w14:textId="77777777" w:rsidR="00B90D5F" w:rsidRDefault="00B90D5F" w:rsidP="003D21B0">
      <w:pPr>
        <w:spacing w:after="0"/>
        <w:rPr>
          <w:lang w:val="fr-FR"/>
        </w:rPr>
      </w:pPr>
    </w:p>
    <w:p w14:paraId="59B0A875" w14:textId="4622B004" w:rsidR="00B90D5F" w:rsidRPr="00B90D5F" w:rsidRDefault="00B90D5F" w:rsidP="00B90D5F">
      <w:pPr>
        <w:pStyle w:val="Titre2"/>
        <w:rPr>
          <w:rFonts w:ascii="Calibri" w:eastAsiaTheme="minorEastAsia" w:hAnsi="Calibri" w:cstheme="minorBidi"/>
          <w:bCs w:val="0"/>
          <w:color w:val="0A3771"/>
          <w:sz w:val="42"/>
          <w:szCs w:val="22"/>
          <w:lang w:val="fr-FR"/>
        </w:rPr>
      </w:pPr>
      <w:r w:rsidRPr="00B90D5F">
        <w:rPr>
          <w:rFonts w:ascii="Calibri" w:eastAsiaTheme="minorEastAsia" w:hAnsi="Calibri" w:cstheme="minorBidi"/>
          <w:bCs w:val="0"/>
          <w:noProof/>
          <w:color w:val="0A3771"/>
          <w:sz w:val="42"/>
          <w:szCs w:val="22"/>
          <w:lang w:val="fr-FR"/>
        </w:rPr>
        <w:drawing>
          <wp:inline distT="0" distB="0" distL="0" distR="0" wp14:anchorId="3BC75D86" wp14:editId="6A275802">
            <wp:extent cx="542925" cy="483911"/>
            <wp:effectExtent l="0" t="0" r="0" b="0"/>
            <wp:docPr id="134248771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48771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518" cy="48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0D5F">
        <w:rPr>
          <w:rFonts w:ascii="Calibri" w:eastAsiaTheme="minorEastAsia" w:hAnsi="Calibri" w:cstheme="minorBidi"/>
          <w:bCs w:val="0"/>
          <w:color w:val="0A3771"/>
          <w:sz w:val="42"/>
          <w:szCs w:val="22"/>
          <w:lang w:val="fr-FR"/>
        </w:rPr>
        <w:t>Numéros d'urgence importants</w:t>
      </w:r>
    </w:p>
    <w:p w14:paraId="693B66BF" w14:textId="77777777" w:rsidR="00B90D5F" w:rsidRDefault="00B90D5F" w:rsidP="00B90D5F">
      <w:pPr>
        <w:spacing w:after="0"/>
        <w:rPr>
          <w:lang w:val="fr-FR"/>
        </w:rPr>
      </w:pPr>
      <w:r w:rsidRPr="004F3EAB">
        <w:rPr>
          <w:lang w:val="fr-FR"/>
        </w:rPr>
        <w:t>SAMU : 15</w:t>
      </w:r>
      <w:r w:rsidRPr="004F3EAB">
        <w:rPr>
          <w:lang w:val="fr-FR"/>
        </w:rPr>
        <w:br/>
        <w:t>Police : 17</w:t>
      </w:r>
      <w:r w:rsidRPr="004F3EAB">
        <w:rPr>
          <w:lang w:val="fr-FR"/>
        </w:rPr>
        <w:br/>
        <w:t>Pompiers : 18</w:t>
      </w:r>
      <w:r w:rsidRPr="004F3EAB">
        <w:rPr>
          <w:lang w:val="fr-FR"/>
        </w:rPr>
        <w:br/>
        <w:t>Numéro d'urgence européen : 112</w:t>
      </w:r>
      <w:r w:rsidRPr="004F3EAB">
        <w:rPr>
          <w:lang w:val="fr-FR"/>
        </w:rPr>
        <w:br/>
        <w:t>Numéro sourds/malentendants : 114</w:t>
      </w:r>
    </w:p>
    <w:p w14:paraId="6C9B940F" w14:textId="02B7E06E" w:rsidR="00B90D5F" w:rsidRDefault="00B90D5F" w:rsidP="000031B5">
      <w:pPr>
        <w:spacing w:after="0"/>
        <w:rPr>
          <w:lang w:val="fr-FR"/>
        </w:rPr>
      </w:pPr>
      <w:r w:rsidRPr="00A6039C">
        <w:rPr>
          <w:lang w:val="fr-FR"/>
        </w:rPr>
        <w:t>Pharmacie saint Christophe : 1 rue de l’église place d’armes à 2 minutes à pied</w:t>
      </w:r>
      <w:r w:rsidR="00490C18">
        <w:rPr>
          <w:lang w:val="fr-FR"/>
        </w:rPr>
        <w:t>, à coté de la cathédrale.</w:t>
      </w:r>
    </w:p>
    <w:p w14:paraId="65D632B4" w14:textId="77777777" w:rsidR="00856603" w:rsidRDefault="00856603" w:rsidP="000031B5">
      <w:pPr>
        <w:spacing w:after="0"/>
        <w:rPr>
          <w:lang w:val="fr-FR"/>
        </w:rPr>
      </w:pPr>
    </w:p>
    <w:p w14:paraId="4BBF4686" w14:textId="77777777" w:rsidR="00856603" w:rsidRDefault="00856603" w:rsidP="000031B5">
      <w:pPr>
        <w:spacing w:after="0"/>
        <w:rPr>
          <w:lang w:val="fr-FR"/>
        </w:rPr>
      </w:pPr>
    </w:p>
    <w:p w14:paraId="420DDA16" w14:textId="77777777" w:rsidR="00856603" w:rsidRDefault="00856603" w:rsidP="000031B5">
      <w:pPr>
        <w:spacing w:after="0"/>
        <w:rPr>
          <w:lang w:val="fr-FR"/>
        </w:rPr>
      </w:pPr>
    </w:p>
    <w:p w14:paraId="109CCC19" w14:textId="77777777" w:rsidR="00856603" w:rsidRDefault="00856603" w:rsidP="000031B5">
      <w:pPr>
        <w:spacing w:after="0"/>
        <w:rPr>
          <w:lang w:val="fr-FR"/>
        </w:rPr>
      </w:pPr>
    </w:p>
    <w:p w14:paraId="666BCB54" w14:textId="77777777" w:rsidR="00856603" w:rsidRDefault="00856603" w:rsidP="000031B5">
      <w:pPr>
        <w:spacing w:after="0"/>
        <w:rPr>
          <w:lang w:val="fr-FR"/>
        </w:rPr>
      </w:pPr>
    </w:p>
    <w:p w14:paraId="336D2EB3" w14:textId="77777777" w:rsidR="00856603" w:rsidRDefault="00856603" w:rsidP="000031B5">
      <w:pPr>
        <w:spacing w:after="0"/>
        <w:rPr>
          <w:lang w:val="fr-FR"/>
        </w:rPr>
      </w:pPr>
    </w:p>
    <w:p w14:paraId="279869CD" w14:textId="77777777" w:rsidR="00856603" w:rsidRDefault="00856603" w:rsidP="000031B5">
      <w:pPr>
        <w:spacing w:after="0"/>
        <w:rPr>
          <w:lang w:val="fr-FR"/>
        </w:rPr>
      </w:pPr>
    </w:p>
    <w:p w14:paraId="5FE8C1DC" w14:textId="77777777" w:rsidR="00856603" w:rsidRDefault="00856603" w:rsidP="000031B5">
      <w:pPr>
        <w:spacing w:after="0"/>
        <w:rPr>
          <w:lang w:val="fr-FR"/>
        </w:rPr>
      </w:pPr>
    </w:p>
    <w:p w14:paraId="6E925829" w14:textId="77777777" w:rsidR="00856603" w:rsidRDefault="00856603" w:rsidP="000031B5">
      <w:pPr>
        <w:spacing w:after="0"/>
        <w:rPr>
          <w:lang w:val="fr-FR"/>
        </w:rPr>
      </w:pPr>
    </w:p>
    <w:p w14:paraId="495FBC7D" w14:textId="77777777" w:rsidR="00856603" w:rsidRDefault="00856603" w:rsidP="000031B5">
      <w:pPr>
        <w:spacing w:after="0"/>
        <w:rPr>
          <w:lang w:val="fr-FR"/>
        </w:rPr>
      </w:pPr>
    </w:p>
    <w:p w14:paraId="336AA882" w14:textId="77777777" w:rsidR="00856603" w:rsidRDefault="00856603" w:rsidP="000031B5">
      <w:pPr>
        <w:spacing w:after="0"/>
        <w:rPr>
          <w:lang w:val="fr-FR"/>
        </w:rPr>
      </w:pPr>
    </w:p>
    <w:p w14:paraId="38011D89" w14:textId="77777777" w:rsidR="00856603" w:rsidRDefault="00856603" w:rsidP="000031B5">
      <w:pPr>
        <w:spacing w:after="0"/>
        <w:rPr>
          <w:lang w:val="fr-FR"/>
        </w:rPr>
      </w:pPr>
    </w:p>
    <w:p w14:paraId="5A68E388" w14:textId="77777777" w:rsidR="00856603" w:rsidRDefault="00856603" w:rsidP="000031B5">
      <w:pPr>
        <w:spacing w:after="0"/>
        <w:rPr>
          <w:lang w:val="fr-FR"/>
        </w:rPr>
      </w:pPr>
    </w:p>
    <w:p w14:paraId="2DFE6B02" w14:textId="77777777" w:rsidR="00856603" w:rsidRDefault="00856603" w:rsidP="000031B5">
      <w:pPr>
        <w:spacing w:after="0"/>
        <w:rPr>
          <w:lang w:val="fr-FR"/>
        </w:rPr>
      </w:pPr>
    </w:p>
    <w:p w14:paraId="315688CF" w14:textId="77777777" w:rsidR="00587B1B" w:rsidRDefault="00587B1B" w:rsidP="000031B5">
      <w:pPr>
        <w:spacing w:after="0"/>
        <w:rPr>
          <w:lang w:val="fr-FR"/>
        </w:rPr>
      </w:pPr>
    </w:p>
    <w:p w14:paraId="131EF35C" w14:textId="1BB894B4" w:rsidR="00B90D5F" w:rsidRDefault="00A255D0" w:rsidP="003D21B0">
      <w:pPr>
        <w:spacing w:after="0"/>
        <w:rPr>
          <w:rFonts w:ascii="Calibri" w:hAnsi="Calibri"/>
          <w:b/>
          <w:color w:val="0A3771"/>
          <w:sz w:val="42"/>
          <w:lang w:val="fr-FR"/>
        </w:rPr>
      </w:pPr>
      <w:r w:rsidRPr="00A255D0">
        <w:rPr>
          <w:rFonts w:ascii="Calibri" w:hAnsi="Calibri"/>
          <w:b/>
          <w:noProof/>
          <w:color w:val="0A3771"/>
          <w:sz w:val="42"/>
          <w:lang w:val="fr-FR"/>
        </w:rPr>
        <w:drawing>
          <wp:inline distT="0" distB="0" distL="0" distR="0" wp14:anchorId="2DF7544A" wp14:editId="51C207F8">
            <wp:extent cx="453099" cy="409575"/>
            <wp:effectExtent l="0" t="0" r="4445" b="0"/>
            <wp:docPr id="194072216" name="Image 1" descr="Une image contenant clipart, symbole, concep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72216" name="Image 1" descr="Une image contenant clipart, symbole, conception&#10;&#10;Le contenu généré par l’IA peut êtr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2293" cy="41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color w:val="0A3771"/>
          <w:sz w:val="42"/>
          <w:lang w:val="fr-FR"/>
        </w:rPr>
        <w:t xml:space="preserve"> </w:t>
      </w:r>
      <w:r w:rsidR="00520721" w:rsidRPr="00520721">
        <w:rPr>
          <w:rFonts w:ascii="Calibri" w:hAnsi="Calibri"/>
          <w:b/>
          <w:color w:val="0A3771"/>
          <w:sz w:val="42"/>
          <w:lang w:val="fr-FR"/>
        </w:rPr>
        <w:t xml:space="preserve">Commerce de proximité </w:t>
      </w:r>
    </w:p>
    <w:p w14:paraId="30FD266B" w14:textId="1C58FB9F" w:rsidR="007A3970" w:rsidRDefault="007A3970" w:rsidP="00A255D0">
      <w:pPr>
        <w:spacing w:after="0"/>
        <w:rPr>
          <w:lang w:val="fr-FR"/>
        </w:rPr>
      </w:pPr>
      <w:r>
        <w:rPr>
          <w:lang w:val="fr-FR"/>
        </w:rPr>
        <w:t>A Proximité de l’appartement :</w:t>
      </w:r>
    </w:p>
    <w:p w14:paraId="452C77AB" w14:textId="23633BE3" w:rsidR="00A255D0" w:rsidRDefault="003B3BFF" w:rsidP="00A255D0">
      <w:pPr>
        <w:spacing w:after="0"/>
        <w:rPr>
          <w:lang w:val="fr-FR"/>
        </w:rPr>
      </w:pPr>
      <w:r w:rsidRPr="003B3BFF">
        <w:rPr>
          <w:lang w:val="fr-FR"/>
        </w:rPr>
        <w:t>Pâtisserie L. François</w:t>
      </w:r>
      <w:r>
        <w:rPr>
          <w:lang w:val="fr-FR"/>
        </w:rPr>
        <w:t xml:space="preserve"> </w:t>
      </w:r>
      <w:r w:rsidR="00A255D0" w:rsidRPr="00A255D0">
        <w:rPr>
          <w:lang w:val="fr-FR"/>
        </w:rPr>
        <w:t xml:space="preserve">place </w:t>
      </w:r>
      <w:r w:rsidRPr="00A255D0">
        <w:rPr>
          <w:lang w:val="fr-FR"/>
        </w:rPr>
        <w:t>d’Armes</w:t>
      </w:r>
      <w:r>
        <w:rPr>
          <w:lang w:val="fr-FR"/>
        </w:rPr>
        <w:t>,</w:t>
      </w:r>
      <w:r w:rsidRPr="00151606">
        <w:rPr>
          <w:lang w:val="fr-FR"/>
        </w:rPr>
        <w:t xml:space="preserve"> 90000 Belfort</w:t>
      </w:r>
    </w:p>
    <w:p w14:paraId="0023D2E4" w14:textId="74944EB4" w:rsidR="00151606" w:rsidRPr="00151606" w:rsidRDefault="00151606" w:rsidP="00151606">
      <w:pPr>
        <w:spacing w:after="0"/>
        <w:rPr>
          <w:lang w:val="fr-FR"/>
        </w:rPr>
      </w:pPr>
      <w:r w:rsidRPr="00151606">
        <w:rPr>
          <w:lang w:val="fr-FR"/>
        </w:rPr>
        <w:t>Épicerie Perello – Le Grain de Café – 6 Place d’Armes, 90000 Belfort</w:t>
      </w:r>
    </w:p>
    <w:p w14:paraId="795E1425" w14:textId="1B705C64" w:rsidR="00151606" w:rsidRPr="00151606" w:rsidRDefault="00151606" w:rsidP="00151606">
      <w:pPr>
        <w:spacing w:after="0"/>
        <w:rPr>
          <w:lang w:val="fr-FR"/>
        </w:rPr>
      </w:pPr>
      <w:r w:rsidRPr="00151606">
        <w:rPr>
          <w:lang w:val="fr-FR"/>
        </w:rPr>
        <w:t>Café bar Les Marronniers – 8 Place d’Armes, 90000 Belfort</w:t>
      </w:r>
    </w:p>
    <w:p w14:paraId="2937CCCD" w14:textId="2C987463" w:rsidR="00151606" w:rsidRDefault="003B3BFF" w:rsidP="00151606">
      <w:pPr>
        <w:spacing w:after="0"/>
        <w:rPr>
          <w:lang w:val="fr-FR"/>
        </w:rPr>
      </w:pPr>
      <w:r>
        <w:rPr>
          <w:lang w:val="fr-FR"/>
        </w:rPr>
        <w:t xml:space="preserve">Le trois </w:t>
      </w:r>
      <w:r w:rsidRPr="00151606">
        <w:rPr>
          <w:lang w:val="fr-FR"/>
        </w:rPr>
        <w:t xml:space="preserve">– </w:t>
      </w:r>
      <w:r>
        <w:rPr>
          <w:lang w:val="fr-FR"/>
        </w:rPr>
        <w:t>3</w:t>
      </w:r>
      <w:r w:rsidRPr="00151606">
        <w:rPr>
          <w:lang w:val="fr-FR"/>
        </w:rPr>
        <w:t xml:space="preserve"> Place d’Armes, 90000 Belfort</w:t>
      </w:r>
    </w:p>
    <w:p w14:paraId="4D9162D8" w14:textId="54ABF3CE" w:rsidR="003B3BFF" w:rsidRPr="003B3BFF" w:rsidRDefault="003B3BFF" w:rsidP="003B3BFF">
      <w:pPr>
        <w:spacing w:after="0"/>
        <w:rPr>
          <w:lang w:val="fr-FR"/>
        </w:rPr>
      </w:pPr>
      <w:r w:rsidRPr="003B3BFF">
        <w:rPr>
          <w:lang w:val="fr-FR"/>
        </w:rPr>
        <w:t>Au tabac Epicerie du lion</w:t>
      </w:r>
      <w:r>
        <w:rPr>
          <w:lang w:val="fr-FR"/>
        </w:rPr>
        <w:t xml:space="preserve"> - </w:t>
      </w:r>
      <w:r w:rsidRPr="003B3BFF">
        <w:rPr>
          <w:lang w:val="fr-FR"/>
        </w:rPr>
        <w:t>6 Pl. d'Armes, 90000 Belfort</w:t>
      </w:r>
    </w:p>
    <w:p w14:paraId="5B126FC4" w14:textId="22492BE6" w:rsidR="003B3BFF" w:rsidRDefault="003B3BFF" w:rsidP="003B3BFF">
      <w:pPr>
        <w:spacing w:after="0"/>
        <w:rPr>
          <w:lang w:val="fr-FR"/>
        </w:rPr>
      </w:pPr>
      <w:r w:rsidRPr="003B3BFF">
        <w:rPr>
          <w:lang w:val="fr-FR"/>
        </w:rPr>
        <w:t>Le bar à vins du Lion</w:t>
      </w:r>
      <w:r>
        <w:rPr>
          <w:lang w:val="fr-FR"/>
        </w:rPr>
        <w:t xml:space="preserve"> - </w:t>
      </w:r>
      <w:r w:rsidRPr="003B3BFF">
        <w:rPr>
          <w:lang w:val="fr-FR"/>
        </w:rPr>
        <w:t>2 Pl. d'Armes, 90000 Belfort</w:t>
      </w:r>
    </w:p>
    <w:p w14:paraId="6B148093" w14:textId="3A072805" w:rsidR="003B3BFF" w:rsidRPr="003B3BFF" w:rsidRDefault="003B3BFF" w:rsidP="003B3BFF">
      <w:pPr>
        <w:spacing w:after="0"/>
        <w:rPr>
          <w:lang w:val="fr-FR"/>
        </w:rPr>
      </w:pPr>
      <w:r w:rsidRPr="003B3BFF">
        <w:rPr>
          <w:lang w:val="fr-FR"/>
        </w:rPr>
        <w:t>Café bar les Marronniers</w:t>
      </w:r>
      <w:r>
        <w:rPr>
          <w:lang w:val="fr-FR"/>
        </w:rPr>
        <w:t xml:space="preserve"> - 8</w:t>
      </w:r>
      <w:r w:rsidRPr="003B3BFF">
        <w:rPr>
          <w:lang w:val="fr-FR"/>
        </w:rPr>
        <w:t xml:space="preserve"> Pl. d'Armes, 90000 Belfort</w:t>
      </w:r>
    </w:p>
    <w:p w14:paraId="75B1EEDD" w14:textId="0F40C454" w:rsidR="003B3BFF" w:rsidRDefault="003B3BFF" w:rsidP="003B3BFF">
      <w:pPr>
        <w:spacing w:after="0"/>
        <w:rPr>
          <w:lang w:val="fr-FR"/>
        </w:rPr>
      </w:pPr>
      <w:r w:rsidRPr="003B3BFF">
        <w:rPr>
          <w:lang w:val="fr-FR"/>
        </w:rPr>
        <w:t>Restaurant de la place</w:t>
      </w:r>
      <w:r>
        <w:rPr>
          <w:lang w:val="fr-FR"/>
        </w:rPr>
        <w:t xml:space="preserve"> - </w:t>
      </w:r>
      <w:r w:rsidRPr="003B3BFF">
        <w:rPr>
          <w:lang w:val="fr-FR"/>
        </w:rPr>
        <w:t>13 Rue du Quai, 90000 Belfort</w:t>
      </w:r>
    </w:p>
    <w:p w14:paraId="18751C05" w14:textId="77777777" w:rsidR="00B84E29" w:rsidRDefault="00B84E29" w:rsidP="003B3BFF">
      <w:pPr>
        <w:spacing w:after="0"/>
        <w:rPr>
          <w:lang w:val="fr-FR"/>
        </w:rPr>
      </w:pPr>
    </w:p>
    <w:p w14:paraId="137E8395" w14:textId="168C1E5A" w:rsidR="00B84E29" w:rsidRDefault="00B84E29" w:rsidP="003B3BFF">
      <w:pPr>
        <w:spacing w:after="0"/>
        <w:rPr>
          <w:lang w:val="fr-FR"/>
        </w:rPr>
      </w:pPr>
      <w:r>
        <w:rPr>
          <w:lang w:val="fr-FR"/>
        </w:rPr>
        <w:t>En direction de la rue piétonnes :</w:t>
      </w:r>
    </w:p>
    <w:p w14:paraId="4A487F82" w14:textId="311653BD" w:rsidR="003B3BFF" w:rsidRPr="003B3BFF" w:rsidRDefault="003B3BFF" w:rsidP="003B3BFF">
      <w:pPr>
        <w:spacing w:after="0"/>
        <w:rPr>
          <w:lang w:val="fr-FR"/>
        </w:rPr>
      </w:pPr>
      <w:r w:rsidRPr="003B3BFF">
        <w:rPr>
          <w:lang w:val="fr-FR"/>
        </w:rPr>
        <w:t>Bistrot des Moines</w:t>
      </w:r>
      <w:r>
        <w:rPr>
          <w:lang w:val="fr-FR"/>
        </w:rPr>
        <w:t xml:space="preserve"> - </w:t>
      </w:r>
      <w:r w:rsidRPr="003B3BFF">
        <w:rPr>
          <w:lang w:val="fr-FR"/>
        </w:rPr>
        <w:t>22 Rue P Dreyfus Schmidt, 90000 Belfort</w:t>
      </w:r>
    </w:p>
    <w:p w14:paraId="578113AE" w14:textId="42B8966B" w:rsidR="003B3BFF" w:rsidRDefault="00135599" w:rsidP="003B3BFF">
      <w:pPr>
        <w:spacing w:after="0"/>
        <w:rPr>
          <w:lang w:val="fr-FR"/>
        </w:rPr>
      </w:pPr>
      <w:r w:rsidRPr="00135599">
        <w:rPr>
          <w:lang w:val="fr-FR"/>
        </w:rPr>
        <w:t>Finnegan's</w:t>
      </w:r>
      <w:r>
        <w:rPr>
          <w:lang w:val="fr-FR"/>
        </w:rPr>
        <w:t xml:space="preserve"> - </w:t>
      </w:r>
      <w:r w:rsidRPr="00135599">
        <w:rPr>
          <w:lang w:val="fr-FR"/>
        </w:rPr>
        <w:t>6 Bd Carnot, 90000 Belfort</w:t>
      </w:r>
    </w:p>
    <w:p w14:paraId="5F492D7A" w14:textId="4B1FEE2F" w:rsidR="003B3BFF" w:rsidRDefault="003B3BFF" w:rsidP="00151606">
      <w:pPr>
        <w:spacing w:after="0"/>
        <w:rPr>
          <w:lang w:val="fr-FR"/>
        </w:rPr>
      </w:pPr>
      <w:r w:rsidRPr="00A6039C">
        <w:rPr>
          <w:lang w:val="fr-FR"/>
        </w:rPr>
        <w:t>Super Marché : MONOPRIX : 1 avenue du Maréchal Foch 90000 BELFOR</w:t>
      </w:r>
      <w:r w:rsidR="00B84E29">
        <w:rPr>
          <w:lang w:val="fr-FR"/>
        </w:rPr>
        <w:t>T</w:t>
      </w:r>
    </w:p>
    <w:p w14:paraId="7FA6FB74" w14:textId="77777777" w:rsidR="003E00B5" w:rsidRDefault="003E00B5" w:rsidP="00151606">
      <w:pPr>
        <w:spacing w:after="0"/>
        <w:rPr>
          <w:lang w:val="fr-FR"/>
        </w:rPr>
      </w:pPr>
    </w:p>
    <w:p w14:paraId="3EF14517" w14:textId="77777777" w:rsidR="003E00B5" w:rsidRDefault="003E00B5" w:rsidP="00151606">
      <w:pPr>
        <w:spacing w:after="0"/>
        <w:rPr>
          <w:lang w:val="fr-FR"/>
        </w:rPr>
      </w:pPr>
    </w:p>
    <w:p w14:paraId="635A254E" w14:textId="77777777" w:rsidR="003E00B5" w:rsidRDefault="003E00B5" w:rsidP="00151606">
      <w:pPr>
        <w:spacing w:after="0"/>
        <w:rPr>
          <w:lang w:val="fr-FR"/>
        </w:rPr>
      </w:pPr>
    </w:p>
    <w:p w14:paraId="45FB6C32" w14:textId="77777777" w:rsidR="003E00B5" w:rsidRDefault="003E00B5" w:rsidP="00151606">
      <w:pPr>
        <w:spacing w:after="0"/>
        <w:rPr>
          <w:lang w:val="fr-FR"/>
        </w:rPr>
      </w:pPr>
    </w:p>
    <w:p w14:paraId="1A546B2B" w14:textId="77777777" w:rsidR="003E00B5" w:rsidRDefault="003E00B5" w:rsidP="00151606">
      <w:pPr>
        <w:spacing w:after="0"/>
        <w:rPr>
          <w:lang w:val="fr-FR"/>
        </w:rPr>
      </w:pPr>
    </w:p>
    <w:p w14:paraId="1FFD3FE6" w14:textId="77777777" w:rsidR="003E00B5" w:rsidRDefault="003E00B5" w:rsidP="00151606">
      <w:pPr>
        <w:spacing w:after="0"/>
        <w:rPr>
          <w:lang w:val="fr-FR"/>
        </w:rPr>
      </w:pPr>
    </w:p>
    <w:p w14:paraId="141121E1" w14:textId="77777777" w:rsidR="003E00B5" w:rsidRDefault="003E00B5" w:rsidP="00151606">
      <w:pPr>
        <w:spacing w:after="0"/>
        <w:rPr>
          <w:lang w:val="fr-FR"/>
        </w:rPr>
      </w:pPr>
    </w:p>
    <w:p w14:paraId="6758987C" w14:textId="77777777" w:rsidR="003E00B5" w:rsidRDefault="003E00B5" w:rsidP="00151606">
      <w:pPr>
        <w:spacing w:after="0"/>
        <w:rPr>
          <w:lang w:val="fr-FR"/>
        </w:rPr>
      </w:pPr>
    </w:p>
    <w:p w14:paraId="154A9D6A" w14:textId="77777777" w:rsidR="003E00B5" w:rsidRDefault="003E00B5" w:rsidP="00151606">
      <w:pPr>
        <w:spacing w:after="0"/>
        <w:rPr>
          <w:lang w:val="fr-FR"/>
        </w:rPr>
      </w:pPr>
    </w:p>
    <w:p w14:paraId="25812094" w14:textId="77777777" w:rsidR="003E00B5" w:rsidRDefault="003E00B5" w:rsidP="00151606">
      <w:pPr>
        <w:spacing w:after="0"/>
        <w:rPr>
          <w:lang w:val="fr-FR"/>
        </w:rPr>
      </w:pPr>
    </w:p>
    <w:p w14:paraId="501AC04B" w14:textId="77777777" w:rsidR="003E00B5" w:rsidRDefault="003E00B5" w:rsidP="00151606">
      <w:pPr>
        <w:spacing w:after="0"/>
        <w:rPr>
          <w:lang w:val="fr-FR"/>
        </w:rPr>
      </w:pPr>
    </w:p>
    <w:p w14:paraId="69630B07" w14:textId="77777777" w:rsidR="003E00B5" w:rsidRDefault="003E00B5" w:rsidP="00151606">
      <w:pPr>
        <w:spacing w:after="0"/>
        <w:rPr>
          <w:lang w:val="fr-FR"/>
        </w:rPr>
      </w:pPr>
    </w:p>
    <w:p w14:paraId="1393223D" w14:textId="77777777" w:rsidR="003E00B5" w:rsidRDefault="003E00B5" w:rsidP="00151606">
      <w:pPr>
        <w:spacing w:after="0"/>
        <w:rPr>
          <w:lang w:val="fr-FR"/>
        </w:rPr>
      </w:pPr>
    </w:p>
    <w:p w14:paraId="10751FA9" w14:textId="77777777" w:rsidR="003E00B5" w:rsidRDefault="003E00B5" w:rsidP="00151606">
      <w:pPr>
        <w:spacing w:after="0"/>
        <w:rPr>
          <w:lang w:val="fr-FR"/>
        </w:rPr>
      </w:pPr>
    </w:p>
    <w:p w14:paraId="232AB122" w14:textId="77777777" w:rsidR="003E00B5" w:rsidRDefault="003E00B5" w:rsidP="00151606">
      <w:pPr>
        <w:spacing w:after="0"/>
        <w:rPr>
          <w:lang w:val="fr-FR"/>
        </w:rPr>
      </w:pPr>
    </w:p>
    <w:p w14:paraId="465BBEA7" w14:textId="77777777" w:rsidR="003E00B5" w:rsidRDefault="003E00B5" w:rsidP="00151606">
      <w:pPr>
        <w:spacing w:after="0"/>
        <w:rPr>
          <w:lang w:val="fr-FR"/>
        </w:rPr>
      </w:pPr>
    </w:p>
    <w:p w14:paraId="508830E2" w14:textId="77777777" w:rsidR="003E00B5" w:rsidRDefault="003E00B5" w:rsidP="00151606">
      <w:pPr>
        <w:spacing w:after="0"/>
        <w:rPr>
          <w:lang w:val="fr-FR"/>
        </w:rPr>
      </w:pPr>
    </w:p>
    <w:p w14:paraId="022109AC" w14:textId="77777777" w:rsidR="003E00B5" w:rsidRDefault="003E00B5" w:rsidP="00151606">
      <w:pPr>
        <w:spacing w:after="0"/>
        <w:rPr>
          <w:lang w:val="fr-FR"/>
        </w:rPr>
      </w:pPr>
    </w:p>
    <w:p w14:paraId="76156543" w14:textId="77777777" w:rsidR="003E00B5" w:rsidRDefault="003E00B5" w:rsidP="00151606">
      <w:pPr>
        <w:spacing w:after="0"/>
        <w:rPr>
          <w:lang w:val="fr-FR"/>
        </w:rPr>
      </w:pPr>
    </w:p>
    <w:p w14:paraId="385FD797" w14:textId="77777777" w:rsidR="003E00B5" w:rsidRDefault="003E00B5" w:rsidP="00151606">
      <w:pPr>
        <w:spacing w:after="0"/>
        <w:rPr>
          <w:lang w:val="fr-FR"/>
        </w:rPr>
      </w:pPr>
    </w:p>
    <w:p w14:paraId="28164B5D" w14:textId="77777777" w:rsidR="003E00B5" w:rsidRDefault="003E00B5" w:rsidP="00151606">
      <w:pPr>
        <w:spacing w:after="0"/>
        <w:rPr>
          <w:lang w:val="fr-FR"/>
        </w:rPr>
      </w:pPr>
    </w:p>
    <w:p w14:paraId="51761538" w14:textId="77777777" w:rsidR="003E00B5" w:rsidRDefault="003E00B5" w:rsidP="00151606">
      <w:pPr>
        <w:spacing w:after="0"/>
        <w:rPr>
          <w:lang w:val="fr-FR"/>
        </w:rPr>
      </w:pPr>
    </w:p>
    <w:p w14:paraId="6833D45D" w14:textId="77777777" w:rsidR="003E00B5" w:rsidRDefault="003E00B5" w:rsidP="00151606">
      <w:pPr>
        <w:spacing w:after="0"/>
        <w:rPr>
          <w:lang w:val="fr-FR"/>
        </w:rPr>
      </w:pPr>
    </w:p>
    <w:p w14:paraId="30FEE15D" w14:textId="77777777" w:rsidR="003E00B5" w:rsidRDefault="003E00B5" w:rsidP="00151606">
      <w:pPr>
        <w:spacing w:after="0"/>
        <w:rPr>
          <w:lang w:val="fr-FR"/>
        </w:rPr>
      </w:pPr>
    </w:p>
    <w:p w14:paraId="6E621748" w14:textId="77777777" w:rsidR="003E00B5" w:rsidRDefault="003E00B5" w:rsidP="00151606">
      <w:pPr>
        <w:spacing w:after="0"/>
        <w:rPr>
          <w:lang w:val="fr-FR"/>
        </w:rPr>
      </w:pPr>
    </w:p>
    <w:p w14:paraId="36BD6E92" w14:textId="77777777" w:rsidR="003E00B5" w:rsidRDefault="003E00B5" w:rsidP="00151606">
      <w:pPr>
        <w:spacing w:after="0"/>
        <w:rPr>
          <w:lang w:val="fr-FR"/>
        </w:rPr>
      </w:pPr>
    </w:p>
    <w:p w14:paraId="03E0EA5B" w14:textId="77777777" w:rsidR="003E00B5" w:rsidRDefault="003E00B5" w:rsidP="00151606">
      <w:pPr>
        <w:spacing w:after="0"/>
        <w:rPr>
          <w:lang w:val="fr-FR"/>
        </w:rPr>
      </w:pPr>
    </w:p>
    <w:p w14:paraId="0B296D70" w14:textId="77777777" w:rsidR="003E00B5" w:rsidRDefault="003E00B5" w:rsidP="00151606">
      <w:pPr>
        <w:spacing w:after="0"/>
        <w:rPr>
          <w:lang w:val="fr-FR"/>
        </w:rPr>
      </w:pPr>
    </w:p>
    <w:p w14:paraId="7F39B48F" w14:textId="77777777" w:rsidR="003E00B5" w:rsidRPr="00151606" w:rsidRDefault="003E00B5" w:rsidP="00151606">
      <w:pPr>
        <w:spacing w:after="0"/>
        <w:rPr>
          <w:lang w:val="fr-FR"/>
        </w:rPr>
      </w:pPr>
    </w:p>
    <w:p w14:paraId="37B94A82" w14:textId="39BE43AA" w:rsidR="00151606" w:rsidRPr="00151606" w:rsidRDefault="00151606" w:rsidP="00151606">
      <w:pPr>
        <w:spacing w:after="0"/>
        <w:rPr>
          <w:lang w:val="fr-FR"/>
        </w:rPr>
      </w:pPr>
    </w:p>
    <w:p w14:paraId="680D987B" w14:textId="374827AF" w:rsidR="001B315C" w:rsidRPr="007B11C3" w:rsidRDefault="00D60553">
      <w:pPr>
        <w:pStyle w:val="PremiumHeader"/>
        <w:rPr>
          <w:lang w:val="fr-FR"/>
        </w:rPr>
      </w:pPr>
      <w:r>
        <w:rPr>
          <w:rFonts w:ascii="Segoe UI Emoji" w:hAnsi="Segoe UI Emoji" w:cs="Segoe UI Emoji"/>
        </w:rPr>
        <w:lastRenderedPageBreak/>
        <w:t>📷</w:t>
      </w:r>
      <w:r w:rsidRPr="007B11C3">
        <w:rPr>
          <w:lang w:val="fr-FR"/>
        </w:rPr>
        <w:t xml:space="preserve"> Galerie du logement</w:t>
      </w:r>
    </w:p>
    <w:p w14:paraId="63D8FE2C" w14:textId="3CD13CFA" w:rsidR="000B4315" w:rsidRDefault="000B4315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  <w:r w:rsidRPr="008B6506">
        <w:rPr>
          <w:rFonts w:asciiTheme="minorHAnsi" w:hAnsiTheme="minorHAnsi"/>
          <w:b w:val="0"/>
          <w:color w:val="auto"/>
          <w:sz w:val="22"/>
          <w:lang w:val="fr-FR"/>
        </w:rPr>
        <w:t>Photo Entrée / extérieur</w:t>
      </w:r>
    </w:p>
    <w:p w14:paraId="6AA64E18" w14:textId="6ABF18F7" w:rsidR="00863473" w:rsidRPr="008B6506" w:rsidRDefault="00863473" w:rsidP="00863473">
      <w:pPr>
        <w:pStyle w:val="PremiumPlaceholder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863473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402DB0EB" wp14:editId="5E39A0C2">
            <wp:extent cx="2587197" cy="3453752"/>
            <wp:effectExtent l="0" t="0" r="3810" b="0"/>
            <wp:docPr id="119357643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57643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02282" cy="347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34A31" w14:textId="77777777" w:rsidR="00863473" w:rsidRDefault="00863473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6C9F85C4" w14:textId="53534323" w:rsidR="001B315C" w:rsidRDefault="00D60553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  <w:r w:rsidRPr="008B6506">
        <w:rPr>
          <w:rFonts w:asciiTheme="minorHAnsi" w:hAnsiTheme="minorHAnsi"/>
          <w:b w:val="0"/>
          <w:color w:val="auto"/>
          <w:sz w:val="22"/>
          <w:lang w:val="fr-FR"/>
        </w:rPr>
        <w:t>Photo Salon</w:t>
      </w:r>
    </w:p>
    <w:p w14:paraId="1A190153" w14:textId="41B02053" w:rsidR="00863473" w:rsidRDefault="00863473" w:rsidP="00863473">
      <w:pPr>
        <w:pStyle w:val="PremiumPlaceholder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863473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1CD4F588" wp14:editId="4D57C2FC">
            <wp:extent cx="2888213" cy="3855623"/>
            <wp:effectExtent l="0" t="0" r="7620" b="0"/>
            <wp:docPr id="176074111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74111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05663" cy="387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B9FB4" w14:textId="0E538CCA" w:rsidR="00863473" w:rsidRPr="008B6506" w:rsidRDefault="00863473" w:rsidP="00863473">
      <w:pPr>
        <w:pStyle w:val="PremiumPlaceholder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863473">
        <w:rPr>
          <w:rFonts w:asciiTheme="minorHAnsi" w:hAnsiTheme="minorHAnsi"/>
          <w:b w:val="0"/>
          <w:noProof/>
          <w:color w:val="auto"/>
          <w:sz w:val="22"/>
          <w:lang w:val="fr-FR"/>
        </w:rPr>
        <w:lastRenderedPageBreak/>
        <w:drawing>
          <wp:inline distT="0" distB="0" distL="0" distR="0" wp14:anchorId="364CE724" wp14:editId="72559171">
            <wp:extent cx="2894629" cy="3839543"/>
            <wp:effectExtent l="0" t="0" r="1270" b="8890"/>
            <wp:docPr id="2873447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4471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11538" cy="386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30AA5" w14:textId="77777777" w:rsidR="00863473" w:rsidRDefault="00863473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6F061B5D" w14:textId="77777777" w:rsidR="00863473" w:rsidRDefault="00863473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0D318AA6" w14:textId="3EDC32A4" w:rsidR="00863473" w:rsidRDefault="00863473" w:rsidP="00863473">
      <w:pPr>
        <w:pStyle w:val="PremiumPlaceholder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863473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38C83FA6" wp14:editId="7F24B90D">
            <wp:extent cx="3482874" cy="2632563"/>
            <wp:effectExtent l="0" t="0" r="3810" b="0"/>
            <wp:docPr id="195782199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82199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03528" cy="26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1A216" w14:textId="77777777" w:rsidR="003E00B5" w:rsidRDefault="003E00B5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6CA37C0A" w14:textId="77777777" w:rsidR="003E00B5" w:rsidRDefault="003E00B5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173F38FF" w14:textId="77777777" w:rsidR="003E00B5" w:rsidRDefault="003E00B5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3F7B0D64" w14:textId="77777777" w:rsidR="003E00B5" w:rsidRDefault="003E00B5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76F6CFA3" w14:textId="77777777" w:rsidR="003E00B5" w:rsidRDefault="003E00B5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3EDB9D4D" w14:textId="6EBD807B" w:rsidR="001B315C" w:rsidRDefault="00D60553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  <w:r w:rsidRPr="008B6506">
        <w:rPr>
          <w:rFonts w:asciiTheme="minorHAnsi" w:hAnsiTheme="minorHAnsi"/>
          <w:b w:val="0"/>
          <w:color w:val="auto"/>
          <w:sz w:val="22"/>
          <w:lang w:val="fr-FR"/>
        </w:rPr>
        <w:lastRenderedPageBreak/>
        <w:t>Photo Chambre</w:t>
      </w:r>
    </w:p>
    <w:p w14:paraId="602AF9EB" w14:textId="3CED85AE" w:rsidR="00863473" w:rsidRPr="008B6506" w:rsidRDefault="00863473" w:rsidP="00863473">
      <w:pPr>
        <w:pStyle w:val="PremiumPlaceholder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863473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7F2E38A7" wp14:editId="57584BE9">
            <wp:extent cx="3688459" cy="2778145"/>
            <wp:effectExtent l="0" t="0" r="7620" b="3175"/>
            <wp:docPr id="1990349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3492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94384" cy="278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3F784" w14:textId="77777777" w:rsidR="003E00B5" w:rsidRDefault="003E00B5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58CDC451" w14:textId="77777777" w:rsidR="003E00B5" w:rsidRDefault="003E00B5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</w:p>
    <w:p w14:paraId="0A2E586F" w14:textId="19FB4D36" w:rsidR="001B315C" w:rsidRDefault="00D60553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  <w:r w:rsidRPr="008B6506">
        <w:rPr>
          <w:rFonts w:asciiTheme="minorHAnsi" w:hAnsiTheme="minorHAnsi"/>
          <w:b w:val="0"/>
          <w:color w:val="auto"/>
          <w:sz w:val="22"/>
          <w:lang w:val="fr-FR"/>
        </w:rPr>
        <w:t>Photo Cuisine</w:t>
      </w:r>
    </w:p>
    <w:p w14:paraId="6D40BF53" w14:textId="035661C2" w:rsidR="00863473" w:rsidRDefault="00863473" w:rsidP="00863473">
      <w:pPr>
        <w:pStyle w:val="PremiumPlaceholder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863473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23F0EE80" wp14:editId="1F93AC48">
            <wp:extent cx="2882981" cy="3848639"/>
            <wp:effectExtent l="0" t="0" r="0" b="0"/>
            <wp:docPr id="58445431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45431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8155" cy="385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7F3A9" w14:textId="64128260" w:rsidR="00863473" w:rsidRPr="008B6506" w:rsidRDefault="00863473" w:rsidP="00863473">
      <w:pPr>
        <w:pStyle w:val="PremiumPlaceholder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863473">
        <w:rPr>
          <w:rFonts w:asciiTheme="minorHAnsi" w:hAnsiTheme="minorHAnsi"/>
          <w:b w:val="0"/>
          <w:noProof/>
          <w:color w:val="auto"/>
          <w:sz w:val="22"/>
          <w:lang w:val="fr-FR"/>
        </w:rPr>
        <w:lastRenderedPageBreak/>
        <w:drawing>
          <wp:inline distT="0" distB="0" distL="0" distR="0" wp14:anchorId="35209B35" wp14:editId="198BDDA0">
            <wp:extent cx="2864309" cy="3814854"/>
            <wp:effectExtent l="0" t="0" r="0" b="0"/>
            <wp:docPr id="128993757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93757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403" cy="383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35C6A" w14:textId="40B557F6" w:rsidR="001B315C" w:rsidRDefault="00D60553">
      <w:pPr>
        <w:pStyle w:val="PremiumPlaceholder"/>
        <w:rPr>
          <w:rFonts w:asciiTheme="minorHAnsi" w:hAnsiTheme="minorHAnsi"/>
          <w:b w:val="0"/>
          <w:color w:val="auto"/>
          <w:sz w:val="22"/>
          <w:lang w:val="fr-FR"/>
        </w:rPr>
      </w:pPr>
      <w:r w:rsidRPr="008B6506">
        <w:rPr>
          <w:rFonts w:asciiTheme="minorHAnsi" w:hAnsiTheme="minorHAnsi"/>
          <w:b w:val="0"/>
          <w:color w:val="auto"/>
          <w:sz w:val="22"/>
          <w:lang w:val="fr-FR"/>
        </w:rPr>
        <w:t>Photo Salle de bain</w:t>
      </w:r>
    </w:p>
    <w:p w14:paraId="3E57C510" w14:textId="511F80E4" w:rsidR="00863473" w:rsidRPr="008B6506" w:rsidRDefault="00863473" w:rsidP="00863473">
      <w:pPr>
        <w:pStyle w:val="PremiumPlaceholder"/>
        <w:jc w:val="center"/>
        <w:rPr>
          <w:rFonts w:asciiTheme="minorHAnsi" w:hAnsiTheme="minorHAnsi"/>
          <w:b w:val="0"/>
          <w:color w:val="auto"/>
          <w:sz w:val="22"/>
          <w:lang w:val="fr-FR"/>
        </w:rPr>
      </w:pPr>
      <w:r w:rsidRPr="00863473">
        <w:rPr>
          <w:rFonts w:asciiTheme="minorHAnsi" w:hAnsiTheme="minorHAnsi"/>
          <w:b w:val="0"/>
          <w:noProof/>
          <w:color w:val="auto"/>
          <w:sz w:val="22"/>
          <w:lang w:val="fr-FR"/>
        </w:rPr>
        <w:drawing>
          <wp:inline distT="0" distB="0" distL="0" distR="0" wp14:anchorId="40A0990C" wp14:editId="4E0AE93F">
            <wp:extent cx="3152408" cy="4222548"/>
            <wp:effectExtent l="0" t="0" r="0" b="6985"/>
            <wp:docPr id="180631807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31807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54356" cy="422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67EF6" w14:textId="03C4E6CE" w:rsidR="00912436" w:rsidRDefault="00863473" w:rsidP="00863473">
      <w:pPr>
        <w:pStyle w:val="PremiumPlaceholder"/>
        <w:jc w:val="center"/>
        <w:rPr>
          <w:lang w:val="fr-FR"/>
        </w:rPr>
      </w:pPr>
      <w:r w:rsidRPr="00863473">
        <w:rPr>
          <w:noProof/>
          <w:lang w:val="fr-FR"/>
        </w:rPr>
        <w:lastRenderedPageBreak/>
        <w:drawing>
          <wp:inline distT="0" distB="0" distL="0" distR="0" wp14:anchorId="33D721BD" wp14:editId="44720E77">
            <wp:extent cx="4948218" cy="3710018"/>
            <wp:effectExtent l="0" t="0" r="5080" b="5080"/>
            <wp:docPr id="14666161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61618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72453" cy="372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1FC99" w14:textId="77777777" w:rsidR="003E00B5" w:rsidRDefault="003E00B5" w:rsidP="00863473">
      <w:pPr>
        <w:pStyle w:val="PremiumPlaceholder"/>
        <w:jc w:val="center"/>
        <w:rPr>
          <w:lang w:val="fr-FR"/>
        </w:rPr>
      </w:pPr>
    </w:p>
    <w:p w14:paraId="3B675FC7" w14:textId="77777777" w:rsidR="003E00B5" w:rsidRDefault="003E00B5" w:rsidP="00863473">
      <w:pPr>
        <w:pStyle w:val="PremiumPlaceholder"/>
        <w:jc w:val="center"/>
        <w:rPr>
          <w:lang w:val="fr-FR"/>
        </w:rPr>
      </w:pPr>
    </w:p>
    <w:p w14:paraId="7B97B2A8" w14:textId="695EE7F1" w:rsidR="00F9031E" w:rsidRPr="00F9031E" w:rsidRDefault="00F9031E" w:rsidP="00F9031E">
      <w:pPr>
        <w:pStyle w:val="Titre2"/>
        <w:rPr>
          <w:rFonts w:ascii="Calibri" w:eastAsiaTheme="minorEastAsia" w:hAnsi="Calibri" w:cstheme="minorBidi"/>
          <w:bCs w:val="0"/>
          <w:color w:val="0A3771"/>
          <w:sz w:val="42"/>
          <w:szCs w:val="22"/>
          <w:lang w:val="fr-FR"/>
        </w:rPr>
      </w:pPr>
      <w:r w:rsidRPr="00F9031E">
        <w:rPr>
          <w:rFonts w:ascii="Calibri" w:eastAsiaTheme="minorEastAsia" w:hAnsi="Calibri" w:cstheme="minorBidi"/>
          <w:bCs w:val="0"/>
          <w:color w:val="0A3771"/>
          <w:sz w:val="42"/>
          <w:szCs w:val="22"/>
          <w:lang w:val="fr-FR"/>
        </w:rPr>
        <w:t>Remarques finales</w:t>
      </w:r>
    </w:p>
    <w:p w14:paraId="43D450B8" w14:textId="77777777" w:rsidR="00F9031E" w:rsidRDefault="00F9031E" w:rsidP="00F9031E">
      <w:pPr>
        <w:rPr>
          <w:lang w:val="fr-FR"/>
        </w:rPr>
      </w:pPr>
      <w:r w:rsidRPr="00F9031E">
        <w:rPr>
          <w:lang w:val="fr-FR"/>
        </w:rPr>
        <w:t xml:space="preserve">Merci d’avoir choisi notre appartement. Si vous avez la moindre question pendant votre séjour, contactez‑nous. </w:t>
      </w:r>
    </w:p>
    <w:p w14:paraId="05ADCB19" w14:textId="0F803094" w:rsidR="00F9031E" w:rsidRPr="00F9031E" w:rsidRDefault="00F9031E" w:rsidP="00F9031E">
      <w:pPr>
        <w:rPr>
          <w:lang w:val="fr-FR"/>
        </w:rPr>
      </w:pPr>
      <w:r w:rsidRPr="00F9031E">
        <w:rPr>
          <w:lang w:val="fr-FR"/>
        </w:rPr>
        <w:t>Bon séjour à Belfort !</w:t>
      </w:r>
    </w:p>
    <w:p w14:paraId="77553F7E" w14:textId="43296A1A" w:rsidR="00F9031E" w:rsidRPr="00F9031E" w:rsidRDefault="00F9031E" w:rsidP="00F9031E">
      <w:pPr>
        <w:rPr>
          <w:lang w:val="fr-FR"/>
        </w:rPr>
      </w:pPr>
      <w:r w:rsidRPr="00F9031E">
        <w:rPr>
          <w:lang w:val="fr-FR"/>
        </w:rPr>
        <w:t xml:space="preserve">ANNE </w:t>
      </w:r>
      <w:r>
        <w:rPr>
          <w:lang w:val="fr-FR"/>
        </w:rPr>
        <w:t xml:space="preserve">&amp; </w:t>
      </w:r>
      <w:r w:rsidRPr="00F9031E">
        <w:rPr>
          <w:lang w:val="fr-FR"/>
        </w:rPr>
        <w:t xml:space="preserve">OLIVIER </w:t>
      </w:r>
    </w:p>
    <w:p w14:paraId="7DC7F890" w14:textId="77777777" w:rsidR="00F9031E" w:rsidRDefault="00F9031E">
      <w:pPr>
        <w:pStyle w:val="PremiumPlaceholder"/>
        <w:rPr>
          <w:lang w:val="fr-FR"/>
        </w:rPr>
      </w:pPr>
    </w:p>
    <w:p w14:paraId="54A29065" w14:textId="77777777" w:rsidR="00912436" w:rsidRDefault="00912436">
      <w:pPr>
        <w:pStyle w:val="PremiumPlaceholder"/>
        <w:rPr>
          <w:lang w:val="fr-FR"/>
        </w:rPr>
      </w:pPr>
    </w:p>
    <w:p w14:paraId="0544BC76" w14:textId="77777777" w:rsidR="00912436" w:rsidRDefault="00912436">
      <w:pPr>
        <w:pStyle w:val="PremiumPlaceholder"/>
        <w:rPr>
          <w:lang w:val="fr-FR"/>
        </w:rPr>
      </w:pPr>
    </w:p>
    <w:p w14:paraId="5FAD7F4C" w14:textId="77777777" w:rsidR="00863473" w:rsidRDefault="00863473">
      <w:pPr>
        <w:pStyle w:val="PremiumPlaceholder"/>
        <w:rPr>
          <w:lang w:val="fr-FR"/>
        </w:rPr>
      </w:pPr>
    </w:p>
    <w:p w14:paraId="081A7239" w14:textId="77777777" w:rsidR="00863473" w:rsidRDefault="00863473">
      <w:pPr>
        <w:pStyle w:val="PremiumPlaceholder"/>
        <w:rPr>
          <w:lang w:val="fr-FR"/>
        </w:rPr>
      </w:pPr>
    </w:p>
    <w:p w14:paraId="08B672B8" w14:textId="77777777" w:rsidR="00863473" w:rsidRDefault="00863473">
      <w:pPr>
        <w:pStyle w:val="PremiumPlaceholder"/>
        <w:rPr>
          <w:lang w:val="fr-FR"/>
        </w:rPr>
      </w:pPr>
    </w:p>
    <w:p w14:paraId="0832265D" w14:textId="77777777" w:rsidR="00863473" w:rsidRDefault="00863473">
      <w:pPr>
        <w:pStyle w:val="PremiumPlaceholder"/>
        <w:rPr>
          <w:lang w:val="fr-FR"/>
        </w:rPr>
      </w:pPr>
    </w:p>
    <w:p w14:paraId="394C9307" w14:textId="77777777" w:rsidR="00863473" w:rsidRDefault="00863473">
      <w:pPr>
        <w:pStyle w:val="PremiumPlaceholder"/>
        <w:rPr>
          <w:lang w:val="fr-FR"/>
        </w:rPr>
      </w:pPr>
    </w:p>
    <w:p w14:paraId="30600C61" w14:textId="77777777" w:rsidR="00863473" w:rsidRDefault="00863473">
      <w:pPr>
        <w:pStyle w:val="PremiumPlaceholder"/>
        <w:rPr>
          <w:lang w:val="fr-FR"/>
        </w:rPr>
      </w:pPr>
    </w:p>
    <w:p w14:paraId="483FE12F" w14:textId="77777777" w:rsidR="00912436" w:rsidRPr="006D0758" w:rsidRDefault="00912436" w:rsidP="00912436">
      <w:pPr>
        <w:pStyle w:val="Titre1"/>
        <w:jc w:val="center"/>
        <w:rPr>
          <w:rFonts w:ascii="Segoe UI Emoji" w:hAnsi="Segoe UI Emoji" w:cs="Segoe UI Emoji"/>
          <w:sz w:val="44"/>
          <w:szCs w:val="44"/>
          <w:lang w:val="fr-FR"/>
        </w:rPr>
      </w:pPr>
      <w:r w:rsidRPr="00DB6ABF">
        <w:rPr>
          <w:rFonts w:ascii="Segoe UI Emoji" w:hAnsi="Segoe UI Emoji" w:cs="Segoe UI Emoji"/>
          <w:sz w:val="44"/>
          <w:szCs w:val="44"/>
          <w:lang w:val="fr-FR"/>
        </w:rPr>
        <w:lastRenderedPageBreak/>
        <w:t>🔥</w:t>
      </w:r>
      <w:r w:rsidRPr="006D0758">
        <w:rPr>
          <w:sz w:val="44"/>
          <w:szCs w:val="44"/>
          <w:lang w:val="fr-FR"/>
        </w:rPr>
        <w:t>Consignes de Sécurité Incendie</w:t>
      </w:r>
      <w:r w:rsidRPr="006D0758">
        <w:rPr>
          <w:rFonts w:ascii="Segoe UI Emoji" w:hAnsi="Segoe UI Emoji" w:cs="Segoe UI Emoji"/>
          <w:sz w:val="44"/>
          <w:szCs w:val="44"/>
          <w:lang w:val="fr-FR"/>
        </w:rPr>
        <w:t>🔥</w:t>
      </w:r>
    </w:p>
    <w:p w14:paraId="55AE9ED7" w14:textId="77777777" w:rsidR="00912436" w:rsidRDefault="00912436" w:rsidP="00912436">
      <w:pPr>
        <w:rPr>
          <w:lang w:val="fr-FR"/>
        </w:rPr>
      </w:pPr>
    </w:p>
    <w:p w14:paraId="271084FC" w14:textId="77777777" w:rsidR="00912436" w:rsidRPr="006D0758" w:rsidRDefault="00912436" w:rsidP="00912436">
      <w:pPr>
        <w:rPr>
          <w:lang w:val="fr-FR"/>
        </w:rPr>
      </w:pPr>
    </w:p>
    <w:p w14:paraId="3FCA7A15" w14:textId="77777777" w:rsidR="00912436" w:rsidRPr="00DB6ABF" w:rsidRDefault="00912436" w:rsidP="00912436">
      <w:pPr>
        <w:pStyle w:val="Titre2"/>
        <w:rPr>
          <w:lang w:val="fr-FR"/>
        </w:rPr>
      </w:pPr>
      <w:r w:rsidRPr="00DB6ABF">
        <w:rPr>
          <w:rFonts w:ascii="Segoe UI Emoji" w:hAnsi="Segoe UI Emoji" w:cs="Segoe UI Emoji"/>
          <w:lang w:val="fr-FR"/>
        </w:rPr>
        <w:t>🚨</w:t>
      </w:r>
      <w:r>
        <w:rPr>
          <w:lang w:val="fr-FR"/>
        </w:rPr>
        <w:t xml:space="preserve"> </w:t>
      </w:r>
      <w:r w:rsidRPr="00DB6ABF">
        <w:rPr>
          <w:lang w:val="fr-FR"/>
        </w:rPr>
        <w:t>1. En cas d’incendie</w:t>
      </w:r>
    </w:p>
    <w:p w14:paraId="55BA5CDB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Gardez votre calme.</w:t>
      </w:r>
    </w:p>
    <w:p w14:paraId="6989269B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Alertez les secours : Pompiers 18, Numéro européen 112.</w:t>
      </w:r>
    </w:p>
    <w:p w14:paraId="4D9AFB79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Prévenez les autres occupants et évacuez immédiatement.</w:t>
      </w:r>
    </w:p>
    <w:p w14:paraId="4DAE31C4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Si la fumée est dense, rampez au sol.</w:t>
      </w:r>
    </w:p>
    <w:p w14:paraId="2EB7F9C1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Refermez les portes derrière vous pour limiter la propagation du feu.</w:t>
      </w:r>
    </w:p>
    <w:p w14:paraId="62F53AE0" w14:textId="77777777" w:rsidR="00912436" w:rsidRPr="00DB6ABF" w:rsidRDefault="00912436" w:rsidP="00912436">
      <w:pPr>
        <w:pStyle w:val="Titre2"/>
        <w:rPr>
          <w:lang w:val="fr-FR"/>
        </w:rPr>
      </w:pPr>
      <w:r w:rsidRPr="00DB6ABF">
        <w:rPr>
          <w:rFonts w:ascii="Segoe UI Emoji" w:hAnsi="Segoe UI Emoji" w:cs="Segoe UI Emoji"/>
          <w:lang w:val="fr-FR"/>
        </w:rPr>
        <w:t>🔥</w:t>
      </w:r>
      <w:r>
        <w:rPr>
          <w:lang w:val="fr-FR"/>
        </w:rPr>
        <w:t xml:space="preserve"> </w:t>
      </w:r>
      <w:r w:rsidRPr="00DB6ABF">
        <w:rPr>
          <w:lang w:val="fr-FR"/>
        </w:rPr>
        <w:t>2. Utilisation des équipements anti-incendie</w:t>
      </w:r>
    </w:p>
    <w:p w14:paraId="74E09470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Utilisez l’extincteur uniquement si le feu est petit et maîtrisable.</w:t>
      </w:r>
    </w:p>
    <w:p w14:paraId="66AB908F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Ne jamais retirer ou neutraliser le détecteur de fumée.</w:t>
      </w:r>
    </w:p>
    <w:p w14:paraId="5ED5B229" w14:textId="77777777" w:rsidR="00912436" w:rsidRPr="00DB6ABF" w:rsidRDefault="00912436" w:rsidP="00912436">
      <w:pPr>
        <w:pStyle w:val="Titre2"/>
        <w:rPr>
          <w:lang w:val="fr-FR"/>
        </w:rPr>
      </w:pPr>
      <w:r w:rsidRPr="006D0758">
        <w:rPr>
          <w:rFonts w:ascii="Segoe UI Emoji" w:hAnsi="Segoe UI Emoji" w:cs="Segoe UI Emoji"/>
          <w:lang w:val="fr-FR"/>
        </w:rPr>
        <w:t>🏃</w:t>
      </w:r>
      <w:r>
        <w:rPr>
          <w:lang w:val="fr-FR"/>
        </w:rPr>
        <w:t xml:space="preserve"> </w:t>
      </w:r>
      <w:r w:rsidRPr="00DB6ABF">
        <w:rPr>
          <w:lang w:val="fr-FR"/>
        </w:rPr>
        <w:t>3. Évacuation</w:t>
      </w:r>
    </w:p>
    <w:p w14:paraId="4720C488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Identifiez l’itinéraire d’évacuation dès votre arrivée.</w:t>
      </w:r>
    </w:p>
    <w:p w14:paraId="4F2075FD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Ne récupérez pas d’objets personnels.</w:t>
      </w:r>
    </w:p>
    <w:p w14:paraId="2B5B49EC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Rejoignez un point de rassemblement sûr et attendez les secours.</w:t>
      </w:r>
    </w:p>
    <w:p w14:paraId="682FA27F" w14:textId="77777777" w:rsidR="00912436" w:rsidRPr="00DB6ABF" w:rsidRDefault="00912436" w:rsidP="00912436">
      <w:pPr>
        <w:pStyle w:val="Titre2"/>
        <w:rPr>
          <w:lang w:val="fr-FR"/>
        </w:rPr>
      </w:pPr>
      <w:r w:rsidRPr="006D0758">
        <w:rPr>
          <w:rFonts w:ascii="Segoe UI Emoji" w:hAnsi="Segoe UI Emoji" w:cs="Segoe UI Emoji"/>
          <w:lang w:val="fr-FR"/>
        </w:rPr>
        <w:t>⚡</w:t>
      </w:r>
      <w:r>
        <w:rPr>
          <w:lang w:val="fr-FR"/>
        </w:rPr>
        <w:t xml:space="preserve"> </w:t>
      </w:r>
      <w:r w:rsidRPr="00DB6ABF">
        <w:rPr>
          <w:lang w:val="fr-FR"/>
        </w:rPr>
        <w:t>4. Prévention</w:t>
      </w:r>
    </w:p>
    <w:p w14:paraId="0679D215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Ne laissez jamais la cuisine ou une bougie sans surveillance.</w:t>
      </w:r>
    </w:p>
    <w:p w14:paraId="0A7D3158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Débranchez les appareils non utilisés.</w:t>
      </w:r>
    </w:p>
    <w:p w14:paraId="7FDABBE8" w14:textId="77777777" w:rsidR="00912436" w:rsidRPr="00DB6ABF" w:rsidRDefault="00912436" w:rsidP="00912436">
      <w:pPr>
        <w:pStyle w:val="Titre2"/>
        <w:rPr>
          <w:lang w:val="fr-FR"/>
        </w:rPr>
      </w:pPr>
      <w:r w:rsidRPr="006D0758">
        <w:rPr>
          <w:rFonts w:ascii="Segoe UI Emoji" w:hAnsi="Segoe UI Emoji" w:cs="Segoe UI Emoji"/>
          <w:lang w:val="fr-FR"/>
        </w:rPr>
        <w:t>🧯</w:t>
      </w:r>
      <w:r>
        <w:rPr>
          <w:lang w:val="fr-FR"/>
        </w:rPr>
        <w:t xml:space="preserve"> </w:t>
      </w:r>
      <w:r w:rsidRPr="00DB6ABF">
        <w:rPr>
          <w:lang w:val="fr-FR"/>
        </w:rPr>
        <w:t>5. En cas de fumée dans le logement</w:t>
      </w:r>
    </w:p>
    <w:p w14:paraId="0567A34E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Placez un linge humide devant votre bouche.</w:t>
      </w:r>
    </w:p>
    <w:p w14:paraId="73F089BA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Si la porte est chaude, ne pas l’ouvrir.</w:t>
      </w:r>
    </w:p>
    <w:p w14:paraId="6DE08CB8" w14:textId="77777777" w:rsidR="00912436" w:rsidRPr="00DB6ABF" w:rsidRDefault="00912436" w:rsidP="00912436">
      <w:pPr>
        <w:spacing w:after="0"/>
        <w:rPr>
          <w:lang w:val="fr-FR"/>
        </w:rPr>
      </w:pPr>
      <w:r w:rsidRPr="00DB6ABF">
        <w:rPr>
          <w:lang w:val="fr-FR"/>
        </w:rPr>
        <w:t>- Restez dans la pièce la plus sûre et signalez votre présence à la fenêtre.</w:t>
      </w:r>
    </w:p>
    <w:p w14:paraId="1AC6846C" w14:textId="6FCA1C04" w:rsidR="007F7700" w:rsidRDefault="007F7700" w:rsidP="007F7700">
      <w:pPr>
        <w:pStyle w:val="Titre2"/>
        <w:rPr>
          <w:lang w:val="fr-FR"/>
        </w:rPr>
      </w:pPr>
      <w:r w:rsidRPr="006D0758">
        <w:rPr>
          <w:rFonts w:ascii="Segoe UI Emoji" w:hAnsi="Segoe UI Emoji" w:cs="Segoe UI Emoji"/>
          <w:lang w:val="fr-FR"/>
        </w:rPr>
        <w:t>🧯</w:t>
      </w:r>
      <w:r>
        <w:rPr>
          <w:lang w:val="fr-FR"/>
        </w:rPr>
        <w:t xml:space="preserve"> </w:t>
      </w:r>
      <w:r>
        <w:rPr>
          <w:lang w:val="fr-FR"/>
        </w:rPr>
        <w:t>6</w:t>
      </w:r>
      <w:r w:rsidRPr="00DB6ABF">
        <w:rPr>
          <w:lang w:val="fr-FR"/>
        </w:rPr>
        <w:t xml:space="preserve">. </w:t>
      </w:r>
      <w:r>
        <w:rPr>
          <w:lang w:val="fr-FR"/>
        </w:rPr>
        <w:t>Numéros d’urgence</w:t>
      </w:r>
    </w:p>
    <w:p w14:paraId="53E8ABED" w14:textId="17835D56" w:rsidR="007F7700" w:rsidRDefault="007F7700" w:rsidP="007F7700">
      <w:pPr>
        <w:spacing w:after="0"/>
        <w:rPr>
          <w:lang w:val="fr-FR"/>
        </w:rPr>
      </w:pPr>
      <w:r>
        <w:rPr>
          <w:lang w:val="fr-FR"/>
        </w:rPr>
        <w:t>-</w:t>
      </w:r>
      <w:r w:rsidRPr="004F3EAB">
        <w:rPr>
          <w:lang w:val="fr-FR"/>
        </w:rPr>
        <w:t>SAMU : 15</w:t>
      </w:r>
      <w:r w:rsidRPr="004F3EAB">
        <w:rPr>
          <w:lang w:val="fr-FR"/>
        </w:rPr>
        <w:br/>
      </w:r>
      <w:r>
        <w:rPr>
          <w:lang w:val="fr-FR"/>
        </w:rPr>
        <w:t>-</w:t>
      </w:r>
      <w:r w:rsidRPr="004F3EAB">
        <w:rPr>
          <w:lang w:val="fr-FR"/>
        </w:rPr>
        <w:t>Police : 17</w:t>
      </w:r>
      <w:r w:rsidRPr="004F3EAB">
        <w:rPr>
          <w:lang w:val="fr-FR"/>
        </w:rPr>
        <w:br/>
      </w:r>
      <w:r>
        <w:rPr>
          <w:lang w:val="fr-FR"/>
        </w:rPr>
        <w:t>-</w:t>
      </w:r>
      <w:r w:rsidRPr="004F3EAB">
        <w:rPr>
          <w:lang w:val="fr-FR"/>
        </w:rPr>
        <w:t>Pompiers : 18</w:t>
      </w:r>
      <w:r w:rsidRPr="004F3EAB">
        <w:rPr>
          <w:lang w:val="fr-FR"/>
        </w:rPr>
        <w:br/>
      </w:r>
      <w:r>
        <w:rPr>
          <w:lang w:val="fr-FR"/>
        </w:rPr>
        <w:t>-</w:t>
      </w:r>
      <w:r w:rsidRPr="004F3EAB">
        <w:rPr>
          <w:lang w:val="fr-FR"/>
        </w:rPr>
        <w:t>Numéro d'urgence européen : 112</w:t>
      </w:r>
      <w:r w:rsidRPr="004F3EAB">
        <w:rPr>
          <w:lang w:val="fr-FR"/>
        </w:rPr>
        <w:br/>
      </w:r>
      <w:r>
        <w:rPr>
          <w:lang w:val="fr-FR"/>
        </w:rPr>
        <w:t>-</w:t>
      </w:r>
      <w:r w:rsidRPr="004F3EAB">
        <w:rPr>
          <w:lang w:val="fr-FR"/>
        </w:rPr>
        <w:t>Numéro sourds/malentendants : 114</w:t>
      </w:r>
    </w:p>
    <w:p w14:paraId="534579EB" w14:textId="77777777" w:rsidR="007F7700" w:rsidRDefault="007F7700" w:rsidP="007F7700">
      <w:pPr>
        <w:rPr>
          <w:lang w:val="fr-FR"/>
        </w:rPr>
      </w:pPr>
    </w:p>
    <w:p w14:paraId="13AC97DE" w14:textId="77777777" w:rsidR="007F7700" w:rsidRPr="007F7700" w:rsidRDefault="007F7700" w:rsidP="007F7700">
      <w:pPr>
        <w:rPr>
          <w:lang w:val="fr-FR"/>
        </w:rPr>
      </w:pPr>
    </w:p>
    <w:p w14:paraId="648699C8" w14:textId="77777777" w:rsidR="007F7700" w:rsidRDefault="007F7700">
      <w:pPr>
        <w:pStyle w:val="PremiumPlaceholder"/>
        <w:rPr>
          <w:lang w:val="fr-FR"/>
        </w:rPr>
      </w:pPr>
    </w:p>
    <w:p w14:paraId="3F7B1C25" w14:textId="77777777" w:rsidR="007F7700" w:rsidRDefault="007F7700">
      <w:pPr>
        <w:pStyle w:val="PremiumPlaceholder"/>
        <w:rPr>
          <w:lang w:val="fr-FR"/>
        </w:rPr>
      </w:pPr>
    </w:p>
    <w:p w14:paraId="7A40EF28" w14:textId="77777777" w:rsidR="00912436" w:rsidRPr="007B11C3" w:rsidRDefault="00912436">
      <w:pPr>
        <w:pStyle w:val="PremiumPlaceholder"/>
        <w:rPr>
          <w:lang w:val="fr-FR"/>
        </w:rPr>
      </w:pPr>
    </w:p>
    <w:sectPr w:rsidR="00912436" w:rsidRPr="007B11C3" w:rsidSect="00AF43B5">
      <w:pgSz w:w="12240" w:h="15840"/>
      <w:pgMar w:top="993" w:right="1800" w:bottom="568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enum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enum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epuc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epuc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enum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16991CFE"/>
    <w:multiLevelType w:val="multilevel"/>
    <w:tmpl w:val="D79039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6F30D02"/>
    <w:multiLevelType w:val="hybridMultilevel"/>
    <w:tmpl w:val="7BEA323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987E7D"/>
    <w:multiLevelType w:val="multilevel"/>
    <w:tmpl w:val="9F82D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6E10857"/>
    <w:multiLevelType w:val="multilevel"/>
    <w:tmpl w:val="496AC9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23231346">
    <w:abstractNumId w:val="8"/>
  </w:num>
  <w:num w:numId="2" w16cid:durableId="43261690">
    <w:abstractNumId w:val="6"/>
  </w:num>
  <w:num w:numId="3" w16cid:durableId="361178043">
    <w:abstractNumId w:val="5"/>
  </w:num>
  <w:num w:numId="4" w16cid:durableId="1925648810">
    <w:abstractNumId w:val="4"/>
  </w:num>
  <w:num w:numId="5" w16cid:durableId="1763406284">
    <w:abstractNumId w:val="7"/>
  </w:num>
  <w:num w:numId="6" w16cid:durableId="178469181">
    <w:abstractNumId w:val="3"/>
  </w:num>
  <w:num w:numId="7" w16cid:durableId="1190139731">
    <w:abstractNumId w:val="2"/>
  </w:num>
  <w:num w:numId="8" w16cid:durableId="319890909">
    <w:abstractNumId w:val="1"/>
  </w:num>
  <w:num w:numId="9" w16cid:durableId="636642955">
    <w:abstractNumId w:val="0"/>
  </w:num>
  <w:num w:numId="10" w16cid:durableId="1707758718">
    <w:abstractNumId w:val="9"/>
  </w:num>
  <w:num w:numId="11" w16cid:durableId="872574029">
    <w:abstractNumId w:val="12"/>
  </w:num>
  <w:num w:numId="12" w16cid:durableId="691152434">
    <w:abstractNumId w:val="11"/>
  </w:num>
  <w:num w:numId="13" w16cid:durableId="35986205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031B5"/>
    <w:rsid w:val="00034616"/>
    <w:rsid w:val="0006063C"/>
    <w:rsid w:val="0009367A"/>
    <w:rsid w:val="000B4315"/>
    <w:rsid w:val="000D6908"/>
    <w:rsid w:val="00135599"/>
    <w:rsid w:val="0015074B"/>
    <w:rsid w:val="00151606"/>
    <w:rsid w:val="001820EE"/>
    <w:rsid w:val="001B315C"/>
    <w:rsid w:val="001D0E1B"/>
    <w:rsid w:val="002713C7"/>
    <w:rsid w:val="0027355B"/>
    <w:rsid w:val="0029639D"/>
    <w:rsid w:val="00326F90"/>
    <w:rsid w:val="003A7B3B"/>
    <w:rsid w:val="003B3BFF"/>
    <w:rsid w:val="003D21B0"/>
    <w:rsid w:val="003E00B5"/>
    <w:rsid w:val="004641E0"/>
    <w:rsid w:val="00490C18"/>
    <w:rsid w:val="00496EC0"/>
    <w:rsid w:val="004A01A9"/>
    <w:rsid w:val="004D748E"/>
    <w:rsid w:val="00520721"/>
    <w:rsid w:val="00544040"/>
    <w:rsid w:val="005673E9"/>
    <w:rsid w:val="00587B1B"/>
    <w:rsid w:val="007064FA"/>
    <w:rsid w:val="00742585"/>
    <w:rsid w:val="007A3970"/>
    <w:rsid w:val="007B11C3"/>
    <w:rsid w:val="007D4B82"/>
    <w:rsid w:val="007F7700"/>
    <w:rsid w:val="00856603"/>
    <w:rsid w:val="00863473"/>
    <w:rsid w:val="0088154E"/>
    <w:rsid w:val="008B6506"/>
    <w:rsid w:val="00912436"/>
    <w:rsid w:val="00927F7A"/>
    <w:rsid w:val="00A255D0"/>
    <w:rsid w:val="00AA1D8D"/>
    <w:rsid w:val="00AF43B5"/>
    <w:rsid w:val="00B47730"/>
    <w:rsid w:val="00B70A6A"/>
    <w:rsid w:val="00B84E29"/>
    <w:rsid w:val="00B90D5F"/>
    <w:rsid w:val="00C1677F"/>
    <w:rsid w:val="00C87F56"/>
    <w:rsid w:val="00CB0664"/>
    <w:rsid w:val="00D01580"/>
    <w:rsid w:val="00D60553"/>
    <w:rsid w:val="00DB0180"/>
    <w:rsid w:val="00DD6D89"/>
    <w:rsid w:val="00DE47D8"/>
    <w:rsid w:val="00EE71CA"/>
    <w:rsid w:val="00F51137"/>
    <w:rsid w:val="00F9031E"/>
    <w:rsid w:val="00FB16FF"/>
    <w:rsid w:val="00FC3C53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9390D20"/>
  <w14:defaultImageDpi w14:val="300"/>
  <w15:docId w15:val="{A633D98E-EAB7-4500-B02E-B2CF90500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Titre1">
    <w:name w:val="heading 1"/>
    <w:basedOn w:val="Normal"/>
    <w:next w:val="Normal"/>
    <w:link w:val="Titre1C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618BF"/>
  </w:style>
  <w:style w:type="paragraph" w:styleId="Pieddepage">
    <w:name w:val="footer"/>
    <w:basedOn w:val="Normal"/>
    <w:link w:val="Pieddepag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618BF"/>
  </w:style>
  <w:style w:type="paragraph" w:styleId="Sansinterligne">
    <w:name w:val="No Spacing"/>
    <w:uiPriority w:val="1"/>
    <w:qFormat/>
    <w:rsid w:val="00FC693F"/>
    <w:pPr>
      <w:spacing w:after="0" w:line="240" w:lineRule="auto"/>
    </w:pPr>
  </w:style>
  <w:style w:type="character" w:customStyle="1" w:styleId="Titre1Car">
    <w:name w:val="Titre 1 Car"/>
    <w:basedOn w:val="Policepardfaut"/>
    <w:link w:val="Titre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">
    <w:name w:val="Title"/>
    <w:basedOn w:val="Normal"/>
    <w:next w:val="Normal"/>
    <w:link w:val="TitreC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sdetexte">
    <w:name w:val="Body Text"/>
    <w:basedOn w:val="Normal"/>
    <w:link w:val="CorpsdetexteCar"/>
    <w:uiPriority w:val="99"/>
    <w:unhideWhenUsed/>
    <w:rsid w:val="00AA1D8D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rsid w:val="00AA1D8D"/>
  </w:style>
  <w:style w:type="paragraph" w:styleId="Corpsdetexte2">
    <w:name w:val="Body Text 2"/>
    <w:basedOn w:val="Normal"/>
    <w:link w:val="Corpsdetexte2Car"/>
    <w:uiPriority w:val="99"/>
    <w:unhideWhenUsed/>
    <w:rsid w:val="00AA1D8D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rsid w:val="00AA1D8D"/>
  </w:style>
  <w:style w:type="paragraph" w:styleId="Corpsdetexte3">
    <w:name w:val="Body Text 3"/>
    <w:basedOn w:val="Normal"/>
    <w:link w:val="Corpsdetexte3C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rsid w:val="00AA1D8D"/>
    <w:rPr>
      <w:sz w:val="16"/>
      <w:szCs w:val="16"/>
    </w:rPr>
  </w:style>
  <w:style w:type="paragraph" w:styleId="Liste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e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e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epuc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epuc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epuc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enumros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enumros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enumros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e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e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e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edemacro">
    <w:name w:val="macro"/>
    <w:link w:val="TextedemacroC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edemacroCar">
    <w:name w:val="Texte de macro Car"/>
    <w:basedOn w:val="Policepardfaut"/>
    <w:link w:val="Textedemacro"/>
    <w:uiPriority w:val="99"/>
    <w:rsid w:val="0029639D"/>
    <w:rPr>
      <w:rFonts w:ascii="Courier" w:hAnsi="Courier"/>
      <w:sz w:val="20"/>
      <w:szCs w:val="20"/>
    </w:rPr>
  </w:style>
  <w:style w:type="paragraph" w:styleId="Citation">
    <w:name w:val="Quote"/>
    <w:basedOn w:val="Normal"/>
    <w:next w:val="Normal"/>
    <w:link w:val="CitationCar"/>
    <w:uiPriority w:val="29"/>
    <w:qFormat/>
    <w:rsid w:val="00FC693F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FC693F"/>
    <w:rPr>
      <w:i/>
      <w:iCs/>
      <w:color w:val="000000" w:themeColor="text1"/>
    </w:rPr>
  </w:style>
  <w:style w:type="character" w:customStyle="1" w:styleId="Titre4Car">
    <w:name w:val="Titre 4 Car"/>
    <w:basedOn w:val="Policepardfaut"/>
    <w:link w:val="Titre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lev">
    <w:name w:val="Strong"/>
    <w:basedOn w:val="Policepardfaut"/>
    <w:uiPriority w:val="22"/>
    <w:qFormat/>
    <w:rsid w:val="00FC693F"/>
    <w:rPr>
      <w:b/>
      <w:bCs/>
    </w:rPr>
  </w:style>
  <w:style w:type="character" w:styleId="Accentuation">
    <w:name w:val="Emphasis"/>
    <w:basedOn w:val="Policepardfaut"/>
    <w:uiPriority w:val="20"/>
    <w:qFormat/>
    <w:rsid w:val="00FC693F"/>
    <w:rPr>
      <w:i/>
      <w:iCs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C693F"/>
    <w:rPr>
      <w:b/>
      <w:bCs/>
      <w:i/>
      <w:iCs/>
      <w:color w:val="4F81BD" w:themeColor="accent1"/>
    </w:rPr>
  </w:style>
  <w:style w:type="character" w:styleId="Accentuationlgre">
    <w:name w:val="Subtle Emphasis"/>
    <w:basedOn w:val="Policepardfaut"/>
    <w:uiPriority w:val="19"/>
    <w:qFormat/>
    <w:rsid w:val="00FC693F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FC693F"/>
    <w:rPr>
      <w:b/>
      <w:bCs/>
      <w:i/>
      <w:iCs/>
      <w:color w:val="4F81BD" w:themeColor="accent1"/>
    </w:rPr>
  </w:style>
  <w:style w:type="character" w:styleId="Rfrencelgre">
    <w:name w:val="Subtle Reference"/>
    <w:basedOn w:val="Policepardfaut"/>
    <w:uiPriority w:val="31"/>
    <w:qFormat/>
    <w:rsid w:val="00FC693F"/>
    <w:rPr>
      <w:smallCaps/>
      <w:color w:val="C0504D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FC693F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FC693F"/>
    <w:pPr>
      <w:outlineLvl w:val="9"/>
    </w:pPr>
  </w:style>
  <w:style w:type="table" w:styleId="Grilledutableau">
    <w:name w:val="Table Grid"/>
    <w:basedOn w:val="Tableau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Ombrageclair">
    <w:name w:val="Light Shading"/>
    <w:basedOn w:val="Tableau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rameclaire-Accent1">
    <w:name w:val="Light Shading Accent 1"/>
    <w:basedOn w:val="Tableau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Trameclaire-Accent2">
    <w:name w:val="Light Shading Accent 2"/>
    <w:basedOn w:val="Tableau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Trameclaire-Accent3">
    <w:name w:val="Light Shading Accent 3"/>
    <w:basedOn w:val="Tableau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Trameclaire-Accent4">
    <w:name w:val="Light Shading Accent 4"/>
    <w:basedOn w:val="Tableau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Trameclaire-Accent5">
    <w:name w:val="Light Shading Accent 5"/>
    <w:basedOn w:val="Tableau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Trameclaire-Accent6">
    <w:name w:val="Light Shading Accent 6"/>
    <w:basedOn w:val="Tableau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eclaire">
    <w:name w:val="Light List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eclaire-Accent1">
    <w:name w:val="Light List Accent 1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eclaire-Accent2">
    <w:name w:val="Light List Accent 2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eclaire-Accent3">
    <w:name w:val="Light List Accent 3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eclaire-Accent4">
    <w:name w:val="Light List Accent 4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eclaire-Accent5">
    <w:name w:val="Light List Accent 5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eclaire-Accent6">
    <w:name w:val="Light List Accent 6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illeclaire">
    <w:name w:val="Light Grid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illeclaire-Accent1">
    <w:name w:val="Light Grid Accent 1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illeclaire-Accent2">
    <w:name w:val="Light Grid Accent 2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illeclaire-Accent3">
    <w:name w:val="Light Grid Accent 3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illeclaire-Accent4">
    <w:name w:val="Light Grid Accent 4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illeclaire-Accent5">
    <w:name w:val="Light Grid Accent 5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illeclaire-Accent6">
    <w:name w:val="Light Grid Accent 6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Tramemoyenne1">
    <w:name w:val="Medium Shading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1">
    <w:name w:val="Medium Shading 1 Accent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2">
    <w:name w:val="Medium Shading 1 Accent 2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3">
    <w:name w:val="Medium Shading 1 Accent 3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4">
    <w:name w:val="Medium Shading 1 Accent 4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5">
    <w:name w:val="Medium Shading 1 Accent 5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6">
    <w:name w:val="Medium Shading 1 Accent 6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2">
    <w:name w:val="Medium Shading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1">
    <w:name w:val="Medium Shading 2 Accent 1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2">
    <w:name w:val="Medium Shading 2 Accent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3">
    <w:name w:val="Medium Shading 2 Accent 3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4">
    <w:name w:val="Medium Shading 2 Accent 4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5">
    <w:name w:val="Medium Shading 2 Accent 5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6">
    <w:name w:val="Medium Shading 2 Accent 6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emoyenne1">
    <w:name w:val="Medium Lis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emoyenne1-Accent1">
    <w:name w:val="Medium List 1 Accen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emoyenne1-Accent2">
    <w:name w:val="Medium List 1 Accent 2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emoyenne1-Accent3">
    <w:name w:val="Medium List 1 Accent 3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emoyenne1-Accent4">
    <w:name w:val="Medium List 1 Accent 4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emoyenne1-Accent5">
    <w:name w:val="Medium List 1 Accent 5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emoyenne1-Accent6">
    <w:name w:val="Medium List 1 Accent 6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emoyenne2">
    <w:name w:val="Medium Lis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1">
    <w:name w:val="Medium List 2 Accent 1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2">
    <w:name w:val="Medium List 2 Accen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3">
    <w:name w:val="Medium List 2 Accent 3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4">
    <w:name w:val="Medium List 2 Accent 4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5">
    <w:name w:val="Medium List 2 Accent 5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6">
    <w:name w:val="Medium List 2 Accent 6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illemoyenne1">
    <w:name w:val="Medium Grid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moyenne1-Accent1">
    <w:name w:val="Medium Grid 1 Accent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moyenne1-Accent2">
    <w:name w:val="Medium Grid 1 Accent 2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moyenne1-Accent3">
    <w:name w:val="Medium Grid 1 Accent 3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moyenne1-Accent4">
    <w:name w:val="Medium Grid 1 Accent 4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moyenne1-Accent5">
    <w:name w:val="Medium Grid 1 Accent 5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moyenne1-Accent6">
    <w:name w:val="Medium Grid 1 Accent 6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illemoyenne2">
    <w:name w:val="Medium Grid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1">
    <w:name w:val="Medium Grid 2 Accent 1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2">
    <w:name w:val="Medium Grid 2 Accent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3">
    <w:name w:val="Medium Grid 2 Accent 3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4">
    <w:name w:val="Medium Grid 2 Accent 4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5">
    <w:name w:val="Medium Grid 2 Accent 5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6">
    <w:name w:val="Medium Grid 2 Accent 6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3">
    <w:name w:val="Medium Grid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illemoyenne3-Accent1">
    <w:name w:val="Medium Grid 3 Accent 1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illemoyenne3-Accent2">
    <w:name w:val="Medium Grid 3 Accent 2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illemoyenne3-Accent3">
    <w:name w:val="Medium Grid 3 Accent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illemoyenne3-Accent4">
    <w:name w:val="Medium Grid 3 Accent 4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illemoyenne3-Accent5">
    <w:name w:val="Medium Grid 3 Accent 5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illemoyenne3-Accent6">
    <w:name w:val="Medium Grid 3 Accent 6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efonce">
    <w:name w:val="Dark List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efonce-Accent1">
    <w:name w:val="Dark List Accent 1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efonce-Accent2">
    <w:name w:val="Dark List Accent 2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efonce-Accent3">
    <w:name w:val="Dark List Accent 3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efonce-Accent4">
    <w:name w:val="Dark List Accent 4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efonce-Accent5">
    <w:name w:val="Dark List Accent 5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efonce-Accent6">
    <w:name w:val="Dark List Accent 6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Tramecouleur">
    <w:name w:val="Colorful Shading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1">
    <w:name w:val="Colorful Shading Accent 1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2">
    <w:name w:val="Colorful Shading Accent 2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3">
    <w:name w:val="Colorful Shading Accent 3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Tramecouleur-Accent4">
    <w:name w:val="Colorful Shading Accent 4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5">
    <w:name w:val="Colorful Shading Accent 5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6">
    <w:name w:val="Colorful Shading Accent 6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ecouleur">
    <w:name w:val="Colorful List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couleur-Accent1">
    <w:name w:val="Colorful List Accent 1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ecouleur-Accent2">
    <w:name w:val="Colorful List Accent 2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ecouleur-Accent3">
    <w:name w:val="Colorful List Accent 3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ecouleur-Accent4">
    <w:name w:val="Colorful List Accent 4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ecouleur-Accent5">
    <w:name w:val="Colorful List Accent 5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ecouleur-Accent6">
    <w:name w:val="Colorful List Accent 6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llecouleur">
    <w:name w:val="Colorful Grid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couleur-Accent1">
    <w:name w:val="Colorful Grid Accent 1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couleur-Accent2">
    <w:name w:val="Colorful Grid Accent 2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couleur-Accent3">
    <w:name w:val="Colorful Grid Accent 3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couleur-Accent4">
    <w:name w:val="Colorful Grid Accent 4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couleur-Accent5">
    <w:name w:val="Colorful Grid Accent 5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couleur-Accent6">
    <w:name w:val="Colorful Grid Accent 6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customStyle="1" w:styleId="CoverTitle">
    <w:name w:val="CoverTitle"/>
    <w:rPr>
      <w:rFonts w:ascii="Calibri" w:hAnsi="Calibri"/>
      <w:b/>
      <w:color w:val="0A3771"/>
      <w:sz w:val="84"/>
    </w:rPr>
  </w:style>
  <w:style w:type="paragraph" w:customStyle="1" w:styleId="CoverSubtitle">
    <w:name w:val="CoverSubtitle"/>
    <w:rPr>
      <w:rFonts w:ascii="Calibri Light" w:hAnsi="Calibri Light"/>
      <w:color w:val="969696"/>
      <w:sz w:val="40"/>
    </w:rPr>
  </w:style>
  <w:style w:type="paragraph" w:customStyle="1" w:styleId="PremiumHeader">
    <w:name w:val="PremiumHeader"/>
    <w:rPr>
      <w:rFonts w:ascii="Calibri" w:hAnsi="Calibri"/>
      <w:b/>
      <w:color w:val="0A3771"/>
      <w:sz w:val="42"/>
    </w:rPr>
  </w:style>
  <w:style w:type="paragraph" w:customStyle="1" w:styleId="PremiumPlaceholder">
    <w:name w:val="PremiumPlaceholder"/>
    <w:rPr>
      <w:rFonts w:ascii="Calibri" w:hAnsi="Calibri"/>
      <w:b/>
      <w:color w:val="787878"/>
      <w:sz w:val="24"/>
    </w:rPr>
  </w:style>
  <w:style w:type="paragraph" w:styleId="NormalWeb">
    <w:name w:val="Normal (Web)"/>
    <w:basedOn w:val="Normal"/>
    <w:uiPriority w:val="99"/>
    <w:semiHidden/>
    <w:unhideWhenUsed/>
    <w:rsid w:val="005440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2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37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16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71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5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6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63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9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31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6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30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84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9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91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83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5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75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03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4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61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9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02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1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18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4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7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6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2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725ca717-11da-4935-b601-f527b9741f2e}" enabled="1" method="Standard" siteId="{d852d5cd-724c-4128-8812-ffa5db3f8507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854</TotalTime>
  <Pages>12</Pages>
  <Words>803</Words>
  <Characters>4417</Characters>
  <Application>Microsoft Office Word</Application>
  <DocSecurity>0</DocSecurity>
  <Lines>36</Lines>
  <Paragraphs>10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5210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Olivier Bossu Ochem</cp:lastModifiedBy>
  <cp:revision>36</cp:revision>
  <dcterms:created xsi:type="dcterms:W3CDTF">2013-12-23T23:15:00Z</dcterms:created>
  <dcterms:modified xsi:type="dcterms:W3CDTF">2026-01-31T13:36:00Z</dcterms:modified>
  <cp:category/>
</cp:coreProperties>
</file>