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C321" w14:textId="1893D4D6" w:rsidR="007B11C3" w:rsidRDefault="00AF43B5" w:rsidP="007B11C3">
      <w:pPr>
        <w:pStyle w:val="CoverTitle"/>
        <w:jc w:val="center"/>
      </w:pPr>
      <w:r w:rsidRPr="0031664F">
        <w:rPr>
          <w:rFonts w:asciiTheme="minorHAnsi" w:hAnsiTheme="minorHAnsi"/>
          <w:bCs/>
          <w:noProof/>
          <w:color w:val="FF0000"/>
          <w:sz w:val="36"/>
          <w:szCs w:val="36"/>
          <w:lang w:val="fr-FR"/>
        </w:rPr>
        <w:drawing>
          <wp:inline distT="0" distB="0" distL="0" distR="0" wp14:anchorId="7A58DDE5" wp14:editId="3E459752">
            <wp:extent cx="984250" cy="991302"/>
            <wp:effectExtent l="0" t="0" r="6350" b="0"/>
            <wp:docPr id="7538867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88676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2835" cy="101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9DCFD" w14:textId="77777777" w:rsidR="00E70C09" w:rsidRDefault="00E70C09">
      <w:pPr>
        <w:pStyle w:val="CoverSubtitle"/>
        <w:jc w:val="center"/>
        <w:rPr>
          <w:rFonts w:ascii="Calibri" w:hAnsi="Calibri"/>
          <w:b/>
          <w:color w:val="0A3771"/>
          <w:sz w:val="84"/>
          <w:lang w:val="fr-FR"/>
        </w:rPr>
      </w:pPr>
      <w:r w:rsidRPr="00E70C09">
        <w:rPr>
          <w:rFonts w:ascii="Calibri" w:hAnsi="Calibri"/>
          <w:b/>
          <w:color w:val="0A3771"/>
          <w:sz w:val="84"/>
          <w:lang w:val="fr-FR"/>
        </w:rPr>
        <w:t xml:space="preserve">The </w:t>
      </w:r>
      <w:proofErr w:type="spellStart"/>
      <w:r w:rsidRPr="00E70C09">
        <w:rPr>
          <w:rFonts w:ascii="Calibri" w:hAnsi="Calibri"/>
          <w:b/>
          <w:color w:val="0A3771"/>
          <w:sz w:val="84"/>
          <w:lang w:val="fr-FR"/>
        </w:rPr>
        <w:t>Lion's</w:t>
      </w:r>
      <w:proofErr w:type="spellEnd"/>
      <w:r w:rsidRPr="00E70C09">
        <w:rPr>
          <w:rFonts w:ascii="Calibri" w:hAnsi="Calibri"/>
          <w:b/>
          <w:color w:val="0A3771"/>
          <w:sz w:val="84"/>
          <w:lang w:val="fr-FR"/>
        </w:rPr>
        <w:t xml:space="preserve"> Cocoon</w:t>
      </w:r>
    </w:p>
    <w:p w14:paraId="72E4C857" w14:textId="6BCB35BF" w:rsidR="001B315C" w:rsidRPr="00927F7A" w:rsidRDefault="00DE53AB">
      <w:pPr>
        <w:pStyle w:val="CoverSubtitle"/>
        <w:jc w:val="center"/>
        <w:rPr>
          <w:rFonts w:ascii="Calibri" w:hAnsi="Calibri"/>
          <w:b/>
          <w:color w:val="0A3771"/>
          <w:szCs w:val="40"/>
          <w:lang w:val="fr-FR"/>
        </w:rPr>
      </w:pPr>
      <w:r w:rsidRPr="00DE53AB">
        <w:rPr>
          <w:rFonts w:ascii="Calibri" w:hAnsi="Calibri"/>
          <w:b/>
          <w:color w:val="0A3771"/>
          <w:szCs w:val="40"/>
          <w:lang w:val="fr-FR"/>
        </w:rPr>
        <w:t>Welcome guide</w:t>
      </w:r>
      <w:r w:rsidR="00D60553" w:rsidRPr="00927F7A">
        <w:rPr>
          <w:rFonts w:ascii="Calibri" w:hAnsi="Calibri"/>
          <w:b/>
          <w:color w:val="0A3771"/>
          <w:szCs w:val="40"/>
          <w:lang w:val="fr-FR"/>
        </w:rPr>
        <w:t xml:space="preserve"> </w:t>
      </w:r>
    </w:p>
    <w:p w14:paraId="26C17E0E" w14:textId="77777777" w:rsidR="001B315C" w:rsidRPr="007B11C3" w:rsidRDefault="001B315C">
      <w:pPr>
        <w:pBdr>
          <w:bottom w:val="single" w:sz="12" w:space="0" w:color="B8860B"/>
        </w:pBdr>
        <w:rPr>
          <w:lang w:val="fr-FR"/>
        </w:rPr>
      </w:pPr>
    </w:p>
    <w:p w14:paraId="0B868F31" w14:textId="3A8B4C87" w:rsidR="00496EC0" w:rsidRPr="007B11C3" w:rsidRDefault="00496EC0" w:rsidP="00496EC0">
      <w:pPr>
        <w:pStyle w:val="PremiumHeader"/>
        <w:rPr>
          <w:lang w:val="fr-FR"/>
        </w:rPr>
      </w:pPr>
      <w:r>
        <w:rPr>
          <w:rFonts w:ascii="Segoe UI Symbol" w:hAnsi="Segoe UI Symbol" w:cs="Segoe UI Symbol"/>
        </w:rPr>
        <w:t>🗺</w:t>
      </w:r>
      <w:r>
        <w:t>️</w:t>
      </w:r>
      <w:r w:rsidRPr="007B11C3">
        <w:rPr>
          <w:lang w:val="fr-FR"/>
        </w:rPr>
        <w:t xml:space="preserve"> </w:t>
      </w:r>
      <w:r w:rsidR="00DE53AB" w:rsidRPr="00DE53AB">
        <w:rPr>
          <w:lang w:val="fr-FR"/>
        </w:rPr>
        <w:t xml:space="preserve">Access </w:t>
      </w:r>
      <w:proofErr w:type="spellStart"/>
      <w:r w:rsidR="00DE53AB" w:rsidRPr="00DE53AB">
        <w:rPr>
          <w:lang w:val="fr-FR"/>
        </w:rPr>
        <w:t>map</w:t>
      </w:r>
      <w:proofErr w:type="spellEnd"/>
    </w:p>
    <w:p w14:paraId="3C77E9EE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GPS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coordinates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: 47.637868° N, 6.864052° E</w:t>
      </w:r>
    </w:p>
    <w:p w14:paraId="5F56216E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The cul-de-sac is a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very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short,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discreet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street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in a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heritage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area. It is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located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in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old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town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of Belfort, close to monuments such as Saint-Christophe Cathedral and Place de l'Arsenal,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making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it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easy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to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find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.</w:t>
      </w:r>
    </w:p>
    <w:p w14:paraId="659C471E" w14:textId="064D6E3A" w:rsidR="00496EC0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In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immediate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neighbourhood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: local shops,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old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town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,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historic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monuments, municipal police station and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tourist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office.</w:t>
      </w:r>
      <w:r w:rsidR="00496EC0" w:rsidRPr="00544040">
        <w:rPr>
          <w:rFonts w:asciiTheme="minorHAnsi" w:hAnsiTheme="minorHAnsi"/>
          <w:b w:val="0"/>
          <w:color w:val="auto"/>
          <w:sz w:val="22"/>
          <w:lang w:val="fr-FR"/>
        </w:rPr>
        <w:t>.</w:t>
      </w:r>
    </w:p>
    <w:p w14:paraId="3C919E32" w14:textId="77777777" w:rsidR="005673E9" w:rsidRDefault="005673E9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1C035DDF" w14:textId="75EA008F" w:rsidR="005673E9" w:rsidRPr="00544040" w:rsidRDefault="004A01A9" w:rsidP="005673E9">
      <w:pPr>
        <w:pStyle w:val="PremiumPlaceholder"/>
        <w:spacing w:after="0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651101" wp14:editId="6CE7C717">
                <wp:simplePos x="0" y="0"/>
                <wp:positionH relativeFrom="column">
                  <wp:posOffset>1838325</wp:posOffset>
                </wp:positionH>
                <wp:positionV relativeFrom="paragraph">
                  <wp:posOffset>771525</wp:posOffset>
                </wp:positionV>
                <wp:extent cx="838200" cy="800100"/>
                <wp:effectExtent l="76200" t="38100" r="57150" b="95250"/>
                <wp:wrapNone/>
                <wp:docPr id="549267679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8001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E41563" id="Ellipse 1" o:spid="_x0000_s1026" style="position:absolute;margin-left:144.75pt;margin-top:60.75pt;width:66pt;height:63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" filled="f" strokecolor="red" strokeweight="2.25pt">
                <v:shadow on="t" color="black" opacity="22937f" origin=",.5" offset="0,.63889mm"/>
              </v:oval>
            </w:pict>
          </mc:Fallback>
        </mc:AlternateContent>
      </w:r>
      <w:r w:rsidR="005673E9" w:rsidRPr="00544040">
        <w:rPr>
          <w:noProof/>
          <w:lang w:val="fr-FR"/>
        </w:rPr>
        <w:drawing>
          <wp:inline distT="0" distB="0" distL="0" distR="0" wp14:anchorId="34F1466C" wp14:editId="21E62C97">
            <wp:extent cx="2655126" cy="1962150"/>
            <wp:effectExtent l="0" t="0" r="0" b="0"/>
            <wp:docPr id="1108349342" name="Image 1" descr="Une image contenant fenêtre, plein air, porte, propriété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49342" name="Image 1" descr="Une image contenant fenêtre, plein air, porte, propriété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75605" cy="197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AACD6" w14:textId="0280F799" w:rsidR="00496EC0" w:rsidRDefault="00496EC0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749ECBBD" w14:textId="2D246250" w:rsidR="005673E9" w:rsidRPr="00544040" w:rsidRDefault="004A01A9" w:rsidP="005673E9">
      <w:pPr>
        <w:pStyle w:val="PremiumPlaceholder"/>
        <w:spacing w:after="0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641933" wp14:editId="6A3BA1A4">
                <wp:simplePos x="0" y="0"/>
                <wp:positionH relativeFrom="column">
                  <wp:posOffset>2552700</wp:posOffset>
                </wp:positionH>
                <wp:positionV relativeFrom="paragraph">
                  <wp:posOffset>644525</wp:posOffset>
                </wp:positionV>
                <wp:extent cx="838200" cy="800100"/>
                <wp:effectExtent l="76200" t="38100" r="57150" b="95250"/>
                <wp:wrapNone/>
                <wp:docPr id="130926963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8001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1996E9" id="Ellipse 1" o:spid="_x0000_s1026" style="position:absolute;margin-left:201pt;margin-top:50.75pt;width:66pt;height:63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" filled="f" strokecolor="red" strokeweight="2.25pt">
                <v:shadow on="t" color="black" opacity="22937f" origin=",.5" offset="0,.63889mm"/>
              </v:oval>
            </w:pict>
          </mc:Fallback>
        </mc:AlternateContent>
      </w:r>
      <w:r w:rsidR="005673E9" w:rsidRPr="00544040">
        <w:rPr>
          <w:noProof/>
          <w:lang w:val="fr-FR"/>
        </w:rPr>
        <w:drawing>
          <wp:inline distT="0" distB="0" distL="0" distR="0" wp14:anchorId="76E6E1C3" wp14:editId="7EF40175">
            <wp:extent cx="2667000" cy="1947774"/>
            <wp:effectExtent l="0" t="0" r="0" b="0"/>
            <wp:docPr id="880906384" name="Image 1" descr="Une image contenant bâtiment, plein air, fenêtre, so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906384" name="Image 1" descr="Une image contenant bâtiment, plein air, fenêtre, sol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8662" cy="199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19DE9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lastRenderedPageBreak/>
        <w:t xml:space="preserve">Car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parks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nearby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(all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within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walking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distance)</w:t>
      </w:r>
    </w:p>
    <w:p w14:paraId="68BB8D03" w14:textId="1003D4FB" w:rsidR="007D4B82" w:rsidRPr="00544040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Arsenal car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park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– approx. 200 m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below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the Lion of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Citadel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(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paid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parking)</w:t>
      </w:r>
      <w:r w:rsidR="007D4B82" w:rsidRPr="007D4B82">
        <w:rPr>
          <w:rFonts w:asciiTheme="minorHAnsi" w:hAnsiTheme="minorHAnsi"/>
          <w:b w:val="0"/>
          <w:noProof/>
          <w:color w:val="auto"/>
          <w:sz w:val="22"/>
          <w:lang w:val="fr-FR"/>
        </w:rPr>
        <w:drawing>
          <wp:inline distT="0" distB="0" distL="0" distR="0" wp14:anchorId="51CE2064" wp14:editId="71E68026">
            <wp:extent cx="6132245" cy="2984500"/>
            <wp:effectExtent l="0" t="0" r="1905" b="6350"/>
            <wp:docPr id="632186672" name="Image 1" descr="Une image contenant plein air, ciel, route, véhicu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186672" name="Image 1" descr="Une image contenant plein air, ciel, route, véhicule&#10;&#10;Le contenu généré par l’IA peut êtr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314" cy="300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19A52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2BC08146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G. Pompidou car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park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near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the National Police station – approx. 220 m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away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(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paid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parking) </w:t>
      </w:r>
    </w:p>
    <w:p w14:paraId="4EDAEA57" w14:textId="4D154FB2" w:rsidR="00742585" w:rsidRDefault="004A01A9" w:rsidP="004A01A9">
      <w:pPr>
        <w:pStyle w:val="PremiumPlaceholder"/>
        <w:spacing w:after="0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4A01A9">
        <w:rPr>
          <w:rFonts w:asciiTheme="minorHAnsi" w:hAnsiTheme="minorHAnsi"/>
          <w:b w:val="0"/>
          <w:noProof/>
          <w:color w:val="auto"/>
          <w:sz w:val="22"/>
          <w:lang w:val="fr-FR"/>
        </w:rPr>
        <w:drawing>
          <wp:inline distT="0" distB="0" distL="0" distR="0" wp14:anchorId="459F414C" wp14:editId="2F35F864">
            <wp:extent cx="6132195" cy="3666542"/>
            <wp:effectExtent l="0" t="0" r="1905" b="0"/>
            <wp:docPr id="620643937" name="Image 1" descr="Une image contenant plein air, ciel, véhicule, rou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643937" name="Image 1" descr="Une image contenant plein air, ciel, véhicule, route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67100" cy="368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BEB7C" w14:textId="77777777" w:rsidR="00742585" w:rsidRDefault="00742585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6601AA4C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3485880B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60936E06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3B57FA64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284B8347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0B5F8904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15242CC2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58E2FACC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lastRenderedPageBreak/>
        <w:t xml:space="preserve">Car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park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located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beneath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citadel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Allée du Souvenir Français (free of charge) </w:t>
      </w:r>
    </w:p>
    <w:p w14:paraId="50A50403" w14:textId="2DEEC817" w:rsidR="00C1677F" w:rsidRDefault="00C1677F" w:rsidP="00C1677F">
      <w:pPr>
        <w:pStyle w:val="PremiumPlaceholder"/>
        <w:spacing w:after="0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C1677F">
        <w:rPr>
          <w:rFonts w:asciiTheme="minorHAnsi" w:hAnsiTheme="minorHAnsi"/>
          <w:b w:val="0"/>
          <w:noProof/>
          <w:color w:val="auto"/>
          <w:sz w:val="22"/>
          <w:lang w:val="fr-FR"/>
        </w:rPr>
        <w:drawing>
          <wp:inline distT="0" distB="0" distL="0" distR="0" wp14:anchorId="3C7EEBF4" wp14:editId="7FCE18B8">
            <wp:extent cx="6214660" cy="3067050"/>
            <wp:effectExtent l="0" t="0" r="0" b="0"/>
            <wp:docPr id="12109827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9827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30208" cy="307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DC86A" w14:textId="77777777" w:rsidR="00742585" w:rsidRPr="00742585" w:rsidRDefault="00742585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2195DE50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Motorcycle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parking In front of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Tourist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Office, a few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dozen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metres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from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the flat </w:t>
      </w:r>
    </w:p>
    <w:p w14:paraId="2962CA94" w14:textId="590F3F30" w:rsidR="00FB16FF" w:rsidRDefault="00FB16FF" w:rsidP="00FB16FF">
      <w:pPr>
        <w:pStyle w:val="PremiumPlaceholder"/>
        <w:spacing w:after="0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FB16FF">
        <w:rPr>
          <w:rFonts w:asciiTheme="minorHAnsi" w:hAnsiTheme="minorHAnsi"/>
          <w:b w:val="0"/>
          <w:noProof/>
          <w:color w:val="auto"/>
          <w:sz w:val="22"/>
          <w:lang w:val="fr-FR"/>
        </w:rPr>
        <w:drawing>
          <wp:inline distT="0" distB="0" distL="0" distR="0" wp14:anchorId="38F8002F" wp14:editId="5045062E">
            <wp:extent cx="3552825" cy="2090986"/>
            <wp:effectExtent l="0" t="0" r="0" b="5080"/>
            <wp:docPr id="1547504718" name="Image 1" descr="Une image contenant plein air, bâtiment, roue, Véhicule terrest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504718" name="Image 1" descr="Une image contenant plein air, bâtiment, roue, Véhicule terrestre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64606" cy="209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176F8" w14:textId="77777777" w:rsidR="00FB16FF" w:rsidRPr="00544040" w:rsidRDefault="00FB16FF" w:rsidP="00FB16FF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72A24C6F" w14:textId="3C1CD7BC" w:rsidR="00496EC0" w:rsidRPr="00DE53AB" w:rsidRDefault="00496EC0" w:rsidP="00FB16FF">
      <w:pPr>
        <w:pStyle w:val="Titre1"/>
        <w:spacing w:before="0" w:line="300" w:lineRule="atLeast"/>
        <w:rPr>
          <w:rFonts w:ascii="Calibri" w:eastAsiaTheme="minorEastAsia" w:hAnsi="Calibri" w:cstheme="minorBidi"/>
          <w:color w:val="0A3771"/>
          <w:sz w:val="42"/>
          <w:szCs w:val="22"/>
        </w:rPr>
      </w:pPr>
      <w:r w:rsidRPr="00496EC0">
        <w:rPr>
          <w:rFonts w:ascii="Segoe UI Emoji" w:eastAsiaTheme="minorEastAsia" w:hAnsi="Segoe UI Emoji" w:cs="Segoe UI Emoji"/>
          <w:bCs w:val="0"/>
          <w:color w:val="0A3771"/>
          <w:sz w:val="42"/>
          <w:szCs w:val="22"/>
          <w:lang w:val="fr-FR"/>
        </w:rPr>
        <w:t>🚶</w:t>
      </w:r>
      <w:r w:rsidRPr="00496EC0">
        <w:rPr>
          <w:rFonts w:ascii="Calibri" w:eastAsiaTheme="minorEastAsia" w:hAnsi="Calibri" w:cstheme="minorBidi"/>
          <w:bCs w:val="0"/>
          <w:color w:val="0A3771"/>
          <w:sz w:val="42"/>
          <w:szCs w:val="22"/>
          <w:lang w:val="fr-FR"/>
        </w:rPr>
        <w:t xml:space="preserve"> </w:t>
      </w:r>
      <w:r w:rsidR="00DE53AB" w:rsidRPr="00DE53AB">
        <w:rPr>
          <w:rFonts w:ascii="Calibri" w:eastAsiaTheme="minorEastAsia" w:hAnsi="Calibri" w:cstheme="minorBidi"/>
          <w:color w:val="0A3771"/>
          <w:sz w:val="42"/>
          <w:szCs w:val="22"/>
        </w:rPr>
        <w:t>Access on foot from Belfort station</w:t>
      </w:r>
    </w:p>
    <w:p w14:paraId="1AC7BCBA" w14:textId="77777777" w:rsidR="00FB16FF" w:rsidRDefault="00FB16FF" w:rsidP="00FB16FF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2DFB3457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>Distance: ~</w:t>
      </w:r>
      <w:r w:rsidRPr="00DE53AB">
        <w:rPr>
          <w:rFonts w:asciiTheme="minorHAnsi" w:hAnsiTheme="minorHAnsi"/>
          <w:bCs/>
          <w:color w:val="auto"/>
          <w:sz w:val="22"/>
          <w:lang w:val="fr-FR"/>
        </w:rPr>
        <w:t>1.3 km</w:t>
      </w: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(15–18 minutes)</w:t>
      </w:r>
    </w:p>
    <w:p w14:paraId="1913C905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Recommended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route:</w:t>
      </w:r>
    </w:p>
    <w:p w14:paraId="27138F5F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Exit the station on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town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centre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side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(on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left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).</w:t>
      </w:r>
    </w:p>
    <w:p w14:paraId="346FFF16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Walk up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towards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Faubourg de France (pedestrian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street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) to Place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Corbis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.</w:t>
      </w:r>
    </w:p>
    <w:p w14:paraId="4799C516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Cross La Savoureuse straight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ahead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and continue to Place d'Armes.</w:t>
      </w:r>
    </w:p>
    <w:p w14:paraId="38890AAA" w14:textId="712AAB84" w:rsidR="00496EC0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Follow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signs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for Saint Christophe Cathedral → Impasse de l'Horloge is on the right-hand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side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of the square (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next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to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tourist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office).</w:t>
      </w:r>
    </w:p>
    <w:p w14:paraId="4E7E7F50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68FCA55D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24F9BBB0" w14:textId="77777777" w:rsidR="00DE53AB" w:rsidRDefault="00DE53AB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0087B3E6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2353626D" w14:textId="77777777" w:rsidR="00C1677F" w:rsidRDefault="00C1677F" w:rsidP="00496EC0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597DDCEA" w14:textId="68F142FA" w:rsidR="007064FA" w:rsidRPr="00DE53AB" w:rsidRDefault="007064FA" w:rsidP="007064FA">
      <w:pPr>
        <w:pStyle w:val="PremiumHeader"/>
      </w:pPr>
      <w:r>
        <w:lastRenderedPageBreak/>
        <w:t>🕒</w:t>
      </w:r>
      <w:r w:rsidRPr="007B11C3">
        <w:rPr>
          <w:lang w:val="fr-FR"/>
        </w:rPr>
        <w:t xml:space="preserve"> </w:t>
      </w:r>
      <w:r w:rsidR="00DE53AB" w:rsidRPr="00DE53AB">
        <w:t>Arrival and departure</w:t>
      </w:r>
    </w:p>
    <w:p w14:paraId="678AC04A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The flat has a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private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entrance. </w:t>
      </w:r>
    </w:p>
    <w:p w14:paraId="50FFBC1C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Arrival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:</w:t>
      </w:r>
    </w:p>
    <w:p w14:paraId="7DE06738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• Check-in time: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from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3 p.m.</w:t>
      </w:r>
    </w:p>
    <w:p w14:paraId="24E4C283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• Key collection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from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the key box: a code will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be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generated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for you on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day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of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arrival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. </w:t>
      </w:r>
    </w:p>
    <w:p w14:paraId="7706D61B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5C50C4B1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Departure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:</w:t>
      </w:r>
    </w:p>
    <w:p w14:paraId="21968FF2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Check-out time: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before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11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a.m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.</w:t>
      </w:r>
    </w:p>
    <w:p w14:paraId="281D01FE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Before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you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leave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,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please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:</w:t>
      </w:r>
    </w:p>
    <w:p w14:paraId="7BE24742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>• Turn off the lights.</w:t>
      </w:r>
    </w:p>
    <w:p w14:paraId="32D4B4F3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• Close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windows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.</w:t>
      </w:r>
    </w:p>
    <w:p w14:paraId="252E9F6D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• Take out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rubbish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.</w:t>
      </w:r>
    </w:p>
    <w:p w14:paraId="08A6E793" w14:textId="77777777" w:rsidR="00DE53AB" w:rsidRPr="00DE53AB" w:rsidRDefault="00DE53AB" w:rsidP="00DE53AB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• Put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sheets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,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pillowcases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,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towels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and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shower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mats in the </w:t>
      </w:r>
      <w:proofErr w:type="spellStart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>laundry</w:t>
      </w:r>
      <w:proofErr w:type="spellEnd"/>
      <w:r w:rsidRPr="00DE53AB">
        <w:rPr>
          <w:rFonts w:asciiTheme="minorHAnsi" w:hAnsiTheme="minorHAnsi"/>
          <w:b w:val="0"/>
          <w:color w:val="auto"/>
          <w:sz w:val="22"/>
          <w:lang w:val="fr-FR"/>
        </w:rPr>
        <w:t xml:space="preserve"> bag.</w:t>
      </w:r>
    </w:p>
    <w:p w14:paraId="016DCE86" w14:textId="750D35BA" w:rsidR="00496EC0" w:rsidRDefault="00496EC0" w:rsidP="00496EC0">
      <w:pPr>
        <w:pStyle w:val="PremiumPlaceholder"/>
        <w:rPr>
          <w:lang w:val="fr-FR"/>
        </w:rPr>
      </w:pPr>
    </w:p>
    <w:p w14:paraId="7F61AF7A" w14:textId="77777777" w:rsidR="00DE53AB" w:rsidRPr="00DE53AB" w:rsidRDefault="00DE47D8" w:rsidP="00DE53AB">
      <w:pPr>
        <w:pStyle w:val="PremiumHeader"/>
      </w:pPr>
      <w:r>
        <w:t>📶</w:t>
      </w:r>
      <w:r w:rsidRPr="007B11C3">
        <w:rPr>
          <w:lang w:val="fr-FR"/>
        </w:rPr>
        <w:t xml:space="preserve"> </w:t>
      </w:r>
      <w:r w:rsidR="00DE53AB" w:rsidRPr="00DE53AB">
        <w:t>Wi-Fi connection</w:t>
      </w:r>
    </w:p>
    <w:p w14:paraId="29553019" w14:textId="77777777" w:rsidR="00DE53AB" w:rsidRPr="00DE53AB" w:rsidRDefault="00DE53AB" w:rsidP="00DE53AB">
      <w:pPr>
        <w:spacing w:after="0"/>
        <w:rPr>
          <w:lang w:val="fr-FR"/>
        </w:rPr>
      </w:pPr>
      <w:r w:rsidRPr="00DE53AB">
        <w:rPr>
          <w:lang w:val="fr-FR"/>
        </w:rPr>
        <w:t xml:space="preserve">Network </w:t>
      </w:r>
      <w:proofErr w:type="spellStart"/>
      <w:r w:rsidRPr="00DE53AB">
        <w:rPr>
          <w:lang w:val="fr-FR"/>
        </w:rPr>
        <w:t>name</w:t>
      </w:r>
      <w:proofErr w:type="spellEnd"/>
      <w:r w:rsidRPr="00DE53AB">
        <w:rPr>
          <w:lang w:val="fr-FR"/>
        </w:rPr>
        <w:t xml:space="preserve"> (SSID): LiveBox 7F90</w:t>
      </w:r>
    </w:p>
    <w:p w14:paraId="4422F3F1" w14:textId="77777777" w:rsidR="00DE53AB" w:rsidRPr="00DE53AB" w:rsidRDefault="00DE53AB" w:rsidP="00DE53AB">
      <w:pPr>
        <w:spacing w:after="0"/>
        <w:rPr>
          <w:lang w:val="fr-FR"/>
        </w:rPr>
      </w:pPr>
      <w:proofErr w:type="spellStart"/>
      <w:r w:rsidRPr="00DE53AB">
        <w:rPr>
          <w:lang w:val="fr-FR"/>
        </w:rPr>
        <w:t>Password</w:t>
      </w:r>
      <w:proofErr w:type="spellEnd"/>
      <w:r w:rsidRPr="00DE53AB">
        <w:rPr>
          <w:lang w:val="fr-FR"/>
        </w:rPr>
        <w:t xml:space="preserve">: </w:t>
      </w:r>
      <w:proofErr w:type="spellStart"/>
      <w:r w:rsidRPr="00DE53AB">
        <w:rPr>
          <w:lang w:val="fr-FR"/>
        </w:rPr>
        <w:t>pXFI</w:t>
      </w:r>
      <w:proofErr w:type="spellEnd"/>
      <w:r w:rsidRPr="00DE53AB">
        <w:rPr>
          <w:lang w:val="fr-FR"/>
        </w:rPr>
        <w:t xml:space="preserve"> U6RX ie3Y 2KwF </w:t>
      </w:r>
      <w:proofErr w:type="spellStart"/>
      <w:r w:rsidRPr="00DE53AB">
        <w:rPr>
          <w:lang w:val="fr-FR"/>
        </w:rPr>
        <w:t>Xy</w:t>
      </w:r>
      <w:proofErr w:type="spellEnd"/>
    </w:p>
    <w:p w14:paraId="23382622" w14:textId="77777777" w:rsidR="00587B1B" w:rsidRPr="00DD6D89" w:rsidRDefault="00587B1B" w:rsidP="00B70A6A">
      <w:pPr>
        <w:spacing w:after="0"/>
        <w:rPr>
          <w:lang w:val="fr-FR"/>
        </w:rPr>
      </w:pPr>
    </w:p>
    <w:p w14:paraId="593AC7FB" w14:textId="77777777" w:rsidR="00DE47D8" w:rsidRPr="00544040" w:rsidRDefault="00DE47D8" w:rsidP="00DE47D8">
      <w:pPr>
        <w:pStyle w:val="PremiumPlaceholder"/>
        <w:spacing w:after="0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3F16C2D9" w14:textId="5F7138D8" w:rsidR="00DE47D8" w:rsidRPr="00544040" w:rsidRDefault="00DE47D8" w:rsidP="00DE47D8">
      <w:pPr>
        <w:pStyle w:val="PremiumPlaceholder"/>
        <w:rPr>
          <w:color w:val="0A3771"/>
          <w:sz w:val="42"/>
          <w:lang w:val="fr-FR"/>
        </w:rPr>
      </w:pPr>
      <w:r w:rsidRPr="00544040">
        <w:rPr>
          <w:rFonts w:ascii="Segoe UI Emoji" w:hAnsi="Segoe UI Emoji" w:cs="Segoe UI Emoji"/>
          <w:color w:val="0A3771"/>
          <w:sz w:val="42"/>
          <w:lang w:val="fr-FR"/>
        </w:rPr>
        <w:t>🧭</w:t>
      </w:r>
      <w:r w:rsidRPr="00544040">
        <w:rPr>
          <w:color w:val="0A3771"/>
          <w:sz w:val="42"/>
          <w:lang w:val="fr-FR"/>
        </w:rPr>
        <w:t xml:space="preserve"> </w:t>
      </w:r>
      <w:proofErr w:type="spellStart"/>
      <w:r w:rsidR="00DE53AB" w:rsidRPr="00DE53AB">
        <w:rPr>
          <w:color w:val="0A3771"/>
          <w:sz w:val="42"/>
          <w:lang w:val="fr-FR"/>
        </w:rPr>
        <w:t>Useful</w:t>
      </w:r>
      <w:proofErr w:type="spellEnd"/>
      <w:r w:rsidR="00DE53AB" w:rsidRPr="00DE53AB">
        <w:rPr>
          <w:color w:val="0A3771"/>
          <w:sz w:val="42"/>
          <w:lang w:val="fr-FR"/>
        </w:rPr>
        <w:t xml:space="preserve"> information</w:t>
      </w:r>
      <w:r w:rsidR="00DE53AB" w:rsidRPr="00DE53AB">
        <w:rPr>
          <w:color w:val="0A3771"/>
          <w:sz w:val="42"/>
          <w:lang w:val="fr-FR"/>
        </w:rPr>
        <w:t xml:space="preserve"> </w:t>
      </w:r>
    </w:p>
    <w:p w14:paraId="4511F6D3" w14:textId="77777777" w:rsidR="00DE53AB" w:rsidRDefault="00DE53AB" w:rsidP="00DE47D8">
      <w:pPr>
        <w:pStyle w:val="PremiumHeader"/>
        <w:rPr>
          <w:rFonts w:asciiTheme="minorHAnsi" w:hAnsiTheme="minorHAnsi"/>
          <w:bCs/>
          <w:color w:val="FF0000"/>
          <w:sz w:val="22"/>
          <w:u w:val="single"/>
          <w:lang w:val="fr-FR"/>
        </w:rPr>
      </w:pPr>
      <w:proofErr w:type="spellStart"/>
      <w:r w:rsidRPr="00DE53AB">
        <w:rPr>
          <w:rFonts w:asciiTheme="minorHAnsi" w:hAnsiTheme="minorHAnsi"/>
          <w:bCs/>
          <w:color w:val="FF0000"/>
          <w:sz w:val="22"/>
          <w:u w:val="single"/>
          <w:lang w:val="fr-FR"/>
        </w:rPr>
        <w:t>Please</w:t>
      </w:r>
      <w:proofErr w:type="spellEnd"/>
      <w:r w:rsidRPr="00DE53AB">
        <w:rPr>
          <w:rFonts w:asciiTheme="minorHAnsi" w:hAnsiTheme="minorHAnsi"/>
          <w:bCs/>
          <w:color w:val="FF0000"/>
          <w:sz w:val="22"/>
          <w:u w:val="single"/>
          <w:lang w:val="fr-FR"/>
        </w:rPr>
        <w:t xml:space="preserve"> </w:t>
      </w:r>
      <w:r w:rsidRPr="00DE53AB">
        <w:rPr>
          <w:rFonts w:asciiTheme="minorHAnsi" w:hAnsiTheme="minorHAnsi"/>
          <w:bCs/>
          <w:color w:val="FF0000"/>
          <w:sz w:val="22"/>
          <w:lang w:val="fr-FR"/>
        </w:rPr>
        <w:t xml:space="preserve">note that the front </w:t>
      </w:r>
      <w:proofErr w:type="spellStart"/>
      <w:r w:rsidRPr="00DE53AB">
        <w:rPr>
          <w:rFonts w:asciiTheme="minorHAnsi" w:hAnsiTheme="minorHAnsi"/>
          <w:bCs/>
          <w:color w:val="FF0000"/>
          <w:sz w:val="22"/>
          <w:lang w:val="fr-FR"/>
        </w:rPr>
        <w:t>door</w:t>
      </w:r>
      <w:proofErr w:type="spellEnd"/>
      <w:r w:rsidRPr="00DE53AB">
        <w:rPr>
          <w:rFonts w:asciiTheme="minorHAnsi" w:hAnsiTheme="minorHAnsi"/>
          <w:bCs/>
          <w:color w:val="FF0000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Cs/>
          <w:color w:val="FF0000"/>
          <w:sz w:val="22"/>
          <w:lang w:val="fr-FR"/>
        </w:rPr>
        <w:t>does</w:t>
      </w:r>
      <w:proofErr w:type="spellEnd"/>
      <w:r w:rsidRPr="00DE53AB">
        <w:rPr>
          <w:rFonts w:asciiTheme="minorHAnsi" w:hAnsiTheme="minorHAnsi"/>
          <w:bCs/>
          <w:color w:val="FF0000"/>
          <w:sz w:val="22"/>
          <w:lang w:val="fr-FR"/>
        </w:rPr>
        <w:t xml:space="preserve"> not have an </w:t>
      </w:r>
      <w:proofErr w:type="spellStart"/>
      <w:r w:rsidRPr="00DE53AB">
        <w:rPr>
          <w:rFonts w:asciiTheme="minorHAnsi" w:hAnsiTheme="minorHAnsi"/>
          <w:bCs/>
          <w:color w:val="FF0000"/>
          <w:sz w:val="22"/>
          <w:lang w:val="fr-FR"/>
        </w:rPr>
        <w:t>outside</w:t>
      </w:r>
      <w:proofErr w:type="spellEnd"/>
      <w:r w:rsidRPr="00DE53AB">
        <w:rPr>
          <w:rFonts w:asciiTheme="minorHAnsi" w:hAnsiTheme="minorHAnsi"/>
          <w:bCs/>
          <w:color w:val="FF0000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Cs/>
          <w:color w:val="FF0000"/>
          <w:sz w:val="22"/>
          <w:lang w:val="fr-FR"/>
        </w:rPr>
        <w:t>handle</w:t>
      </w:r>
      <w:proofErr w:type="spellEnd"/>
      <w:r w:rsidRPr="00DE53AB">
        <w:rPr>
          <w:rFonts w:asciiTheme="minorHAnsi" w:hAnsiTheme="minorHAnsi"/>
          <w:bCs/>
          <w:color w:val="FF0000"/>
          <w:sz w:val="22"/>
          <w:lang w:val="fr-FR"/>
        </w:rPr>
        <w:t xml:space="preserve">, so do not </w:t>
      </w:r>
      <w:proofErr w:type="spellStart"/>
      <w:r w:rsidRPr="00DE53AB">
        <w:rPr>
          <w:rFonts w:asciiTheme="minorHAnsi" w:hAnsiTheme="minorHAnsi"/>
          <w:bCs/>
          <w:color w:val="FF0000"/>
          <w:sz w:val="22"/>
          <w:lang w:val="fr-FR"/>
        </w:rPr>
        <w:t>leave</w:t>
      </w:r>
      <w:proofErr w:type="spellEnd"/>
      <w:r w:rsidRPr="00DE53AB">
        <w:rPr>
          <w:rFonts w:asciiTheme="minorHAnsi" w:hAnsiTheme="minorHAnsi"/>
          <w:bCs/>
          <w:color w:val="FF0000"/>
          <w:sz w:val="22"/>
          <w:lang w:val="fr-FR"/>
        </w:rPr>
        <w:t xml:space="preserve"> the </w:t>
      </w:r>
      <w:proofErr w:type="spellStart"/>
      <w:r w:rsidRPr="00DE53AB">
        <w:rPr>
          <w:rFonts w:asciiTheme="minorHAnsi" w:hAnsiTheme="minorHAnsi"/>
          <w:bCs/>
          <w:color w:val="FF0000"/>
          <w:sz w:val="22"/>
          <w:lang w:val="fr-FR"/>
        </w:rPr>
        <w:t>apartment</w:t>
      </w:r>
      <w:proofErr w:type="spellEnd"/>
      <w:r w:rsidRPr="00DE53AB">
        <w:rPr>
          <w:rFonts w:asciiTheme="minorHAnsi" w:hAnsiTheme="minorHAnsi"/>
          <w:bCs/>
          <w:color w:val="FF0000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Cs/>
          <w:color w:val="FF0000"/>
          <w:sz w:val="22"/>
          <w:lang w:val="fr-FR"/>
        </w:rPr>
        <w:t>without</w:t>
      </w:r>
      <w:proofErr w:type="spellEnd"/>
      <w:r w:rsidRPr="00DE53AB">
        <w:rPr>
          <w:rFonts w:asciiTheme="minorHAnsi" w:hAnsiTheme="minorHAnsi"/>
          <w:bCs/>
          <w:color w:val="FF0000"/>
          <w:sz w:val="22"/>
          <w:lang w:val="fr-FR"/>
        </w:rPr>
        <w:t xml:space="preserve"> </w:t>
      </w:r>
      <w:proofErr w:type="spellStart"/>
      <w:r w:rsidRPr="00DE53AB">
        <w:rPr>
          <w:rFonts w:asciiTheme="minorHAnsi" w:hAnsiTheme="minorHAnsi"/>
          <w:bCs/>
          <w:color w:val="FF0000"/>
          <w:sz w:val="22"/>
          <w:lang w:val="fr-FR"/>
        </w:rPr>
        <w:t>your</w:t>
      </w:r>
      <w:proofErr w:type="spellEnd"/>
      <w:r w:rsidRPr="00DE53AB">
        <w:rPr>
          <w:rFonts w:asciiTheme="minorHAnsi" w:hAnsiTheme="minorHAnsi"/>
          <w:bCs/>
          <w:color w:val="FF0000"/>
          <w:sz w:val="22"/>
          <w:lang w:val="fr-FR"/>
        </w:rPr>
        <w:t xml:space="preserve"> keys.</w:t>
      </w:r>
    </w:p>
    <w:p w14:paraId="4971DE62" w14:textId="0D6292BA" w:rsidR="00DE47D8" w:rsidRPr="007B11C3" w:rsidRDefault="00DE47D8" w:rsidP="00DE47D8">
      <w:pPr>
        <w:pStyle w:val="PremiumHeader"/>
        <w:rPr>
          <w:lang w:val="fr-FR"/>
        </w:rPr>
      </w:pPr>
      <w:r>
        <w:t>🏡</w:t>
      </w:r>
      <w:r w:rsidRPr="007B11C3">
        <w:rPr>
          <w:lang w:val="fr-FR"/>
        </w:rPr>
        <w:t xml:space="preserve"> </w:t>
      </w:r>
      <w:r w:rsidR="00DE53AB" w:rsidRPr="00DE53AB">
        <w:rPr>
          <w:lang w:val="fr-FR"/>
        </w:rPr>
        <w:t xml:space="preserve">House </w:t>
      </w:r>
      <w:proofErr w:type="spellStart"/>
      <w:r w:rsidR="00DE53AB" w:rsidRPr="00DE53AB">
        <w:rPr>
          <w:lang w:val="fr-FR"/>
        </w:rPr>
        <w:t>rules</w:t>
      </w:r>
      <w:proofErr w:type="spellEnd"/>
      <w:r w:rsidR="00DE53AB" w:rsidRPr="00DE53AB">
        <w:rPr>
          <w:lang w:val="fr-FR"/>
        </w:rPr>
        <w:t xml:space="preserve"> </w:t>
      </w:r>
    </w:p>
    <w:p w14:paraId="302A1A65" w14:textId="77777777" w:rsidR="00DE53AB" w:rsidRPr="00DE53AB" w:rsidRDefault="00DE53AB" w:rsidP="00DE53AB">
      <w:pPr>
        <w:spacing w:after="0"/>
        <w:rPr>
          <w:lang w:val="fr-FR"/>
        </w:rPr>
      </w:pPr>
      <w:r w:rsidRPr="00DE53AB">
        <w:rPr>
          <w:lang w:val="fr-FR"/>
        </w:rPr>
        <w:t>Non-smoking accommodation.</w:t>
      </w:r>
    </w:p>
    <w:p w14:paraId="5A436384" w14:textId="77777777" w:rsidR="00DE53AB" w:rsidRPr="00DE53AB" w:rsidRDefault="00DE53AB" w:rsidP="00DE53AB">
      <w:pPr>
        <w:spacing w:after="0"/>
        <w:rPr>
          <w:lang w:val="fr-FR"/>
        </w:rPr>
      </w:pPr>
      <w:r w:rsidRPr="00DE53AB">
        <w:rPr>
          <w:lang w:val="fr-FR"/>
        </w:rPr>
        <w:t>No parties.</w:t>
      </w:r>
    </w:p>
    <w:p w14:paraId="664D9C16" w14:textId="77777777" w:rsidR="00DE53AB" w:rsidRPr="00DE53AB" w:rsidRDefault="00DE53AB" w:rsidP="00DE53AB">
      <w:pPr>
        <w:spacing w:after="0"/>
        <w:rPr>
          <w:lang w:val="fr-FR"/>
        </w:rPr>
      </w:pPr>
      <w:proofErr w:type="spellStart"/>
      <w:r w:rsidRPr="00DE53AB">
        <w:rPr>
          <w:lang w:val="fr-FR"/>
        </w:rPr>
        <w:t>Please</w:t>
      </w:r>
      <w:proofErr w:type="spellEnd"/>
      <w:r w:rsidRPr="00DE53AB">
        <w:rPr>
          <w:lang w:val="fr-FR"/>
        </w:rPr>
        <w:t xml:space="preserve"> respect the </w:t>
      </w:r>
      <w:proofErr w:type="spellStart"/>
      <w:r w:rsidRPr="00DE53AB">
        <w:rPr>
          <w:lang w:val="fr-FR"/>
        </w:rPr>
        <w:t>neighbors</w:t>
      </w:r>
      <w:proofErr w:type="spellEnd"/>
      <w:r w:rsidRPr="00DE53AB">
        <w:rPr>
          <w:lang w:val="fr-FR"/>
        </w:rPr>
        <w:t>.</w:t>
      </w:r>
    </w:p>
    <w:p w14:paraId="4A69EFBA" w14:textId="77777777" w:rsidR="00DE53AB" w:rsidRPr="00DE53AB" w:rsidRDefault="00DE53AB" w:rsidP="00DE53AB">
      <w:pPr>
        <w:spacing w:after="0"/>
        <w:rPr>
          <w:lang w:val="fr-FR"/>
        </w:rPr>
      </w:pPr>
      <w:proofErr w:type="spellStart"/>
      <w:r w:rsidRPr="00DE53AB">
        <w:rPr>
          <w:lang w:val="fr-FR"/>
        </w:rPr>
        <w:t>Please</w:t>
      </w:r>
      <w:proofErr w:type="spellEnd"/>
      <w:r w:rsidRPr="00DE53AB">
        <w:rPr>
          <w:lang w:val="fr-FR"/>
        </w:rPr>
        <w:t xml:space="preserve"> </w:t>
      </w:r>
      <w:proofErr w:type="spellStart"/>
      <w:r w:rsidRPr="00DE53AB">
        <w:rPr>
          <w:lang w:val="fr-FR"/>
        </w:rPr>
        <w:t>keep</w:t>
      </w:r>
      <w:proofErr w:type="spellEnd"/>
      <w:r w:rsidRPr="00DE53AB">
        <w:rPr>
          <w:lang w:val="fr-FR"/>
        </w:rPr>
        <w:t xml:space="preserve"> quiet </w:t>
      </w:r>
      <w:proofErr w:type="spellStart"/>
      <w:r w:rsidRPr="00DE53AB">
        <w:rPr>
          <w:lang w:val="fr-FR"/>
        </w:rPr>
        <w:t>between</w:t>
      </w:r>
      <w:proofErr w:type="spellEnd"/>
      <w:r w:rsidRPr="00DE53AB">
        <w:rPr>
          <w:lang w:val="fr-FR"/>
        </w:rPr>
        <w:t xml:space="preserve"> 10 PM and 8 AM.</w:t>
      </w:r>
    </w:p>
    <w:p w14:paraId="5D1E9673" w14:textId="77777777" w:rsidR="00DE53AB" w:rsidRPr="00DE53AB" w:rsidRDefault="00DE53AB" w:rsidP="00DE53AB">
      <w:pPr>
        <w:spacing w:after="0"/>
        <w:rPr>
          <w:lang w:val="fr-FR"/>
        </w:rPr>
      </w:pPr>
      <w:proofErr w:type="spellStart"/>
      <w:r w:rsidRPr="00DE53AB">
        <w:rPr>
          <w:lang w:val="fr-FR"/>
        </w:rPr>
        <w:t>Please</w:t>
      </w:r>
      <w:proofErr w:type="spellEnd"/>
      <w:r w:rsidRPr="00DE53AB">
        <w:rPr>
          <w:lang w:val="fr-FR"/>
        </w:rPr>
        <w:t xml:space="preserve"> </w:t>
      </w:r>
      <w:proofErr w:type="spellStart"/>
      <w:r w:rsidRPr="00DE53AB">
        <w:rPr>
          <w:lang w:val="fr-FR"/>
        </w:rPr>
        <w:t>leave</w:t>
      </w:r>
      <w:proofErr w:type="spellEnd"/>
      <w:r w:rsidRPr="00DE53AB">
        <w:rPr>
          <w:lang w:val="fr-FR"/>
        </w:rPr>
        <w:t xml:space="preserve"> the </w:t>
      </w:r>
      <w:proofErr w:type="spellStart"/>
      <w:r w:rsidRPr="00DE53AB">
        <w:rPr>
          <w:lang w:val="fr-FR"/>
        </w:rPr>
        <w:t>apartment</w:t>
      </w:r>
      <w:proofErr w:type="spellEnd"/>
      <w:r w:rsidRPr="00DE53AB">
        <w:rPr>
          <w:lang w:val="fr-FR"/>
        </w:rPr>
        <w:t xml:space="preserve"> </w:t>
      </w:r>
      <w:proofErr w:type="spellStart"/>
      <w:r w:rsidRPr="00DE53AB">
        <w:rPr>
          <w:lang w:val="fr-FR"/>
        </w:rPr>
        <w:t>tidy</w:t>
      </w:r>
      <w:proofErr w:type="spellEnd"/>
      <w:r w:rsidRPr="00DE53AB">
        <w:rPr>
          <w:lang w:val="fr-FR"/>
        </w:rPr>
        <w:t xml:space="preserve"> and the </w:t>
      </w:r>
      <w:proofErr w:type="spellStart"/>
      <w:r w:rsidRPr="00DE53AB">
        <w:rPr>
          <w:lang w:val="fr-FR"/>
        </w:rPr>
        <w:t>dishes</w:t>
      </w:r>
      <w:proofErr w:type="spellEnd"/>
      <w:r w:rsidRPr="00DE53AB">
        <w:rPr>
          <w:lang w:val="fr-FR"/>
        </w:rPr>
        <w:t xml:space="preserve"> clean.</w:t>
      </w:r>
    </w:p>
    <w:p w14:paraId="797E987C" w14:textId="77777777" w:rsidR="00DE53AB" w:rsidRPr="00DE53AB" w:rsidRDefault="00DE53AB" w:rsidP="00DE53AB">
      <w:pPr>
        <w:spacing w:after="0"/>
        <w:rPr>
          <w:lang w:val="fr-FR"/>
        </w:rPr>
      </w:pPr>
      <w:r w:rsidRPr="00DE53AB">
        <w:rPr>
          <w:lang w:val="fr-FR"/>
        </w:rPr>
        <w:t xml:space="preserve">Sleeping </w:t>
      </w:r>
      <w:proofErr w:type="spellStart"/>
      <w:r w:rsidRPr="00DE53AB">
        <w:rPr>
          <w:lang w:val="fr-FR"/>
        </w:rPr>
        <w:t>capacity</w:t>
      </w:r>
      <w:proofErr w:type="spellEnd"/>
      <w:r w:rsidRPr="00DE53AB">
        <w:rPr>
          <w:lang w:val="fr-FR"/>
        </w:rPr>
        <w:t xml:space="preserve">: 2 people and, if </w:t>
      </w:r>
      <w:proofErr w:type="spellStart"/>
      <w:r w:rsidRPr="00DE53AB">
        <w:rPr>
          <w:lang w:val="fr-FR"/>
        </w:rPr>
        <w:t>needed</w:t>
      </w:r>
      <w:proofErr w:type="spellEnd"/>
      <w:r w:rsidRPr="00DE53AB">
        <w:rPr>
          <w:lang w:val="fr-FR"/>
        </w:rPr>
        <w:t xml:space="preserve">, 1 extra </w:t>
      </w:r>
      <w:proofErr w:type="spellStart"/>
      <w:r w:rsidRPr="00DE53AB">
        <w:rPr>
          <w:lang w:val="fr-FR"/>
        </w:rPr>
        <w:t>bed</w:t>
      </w:r>
      <w:proofErr w:type="spellEnd"/>
      <w:r w:rsidRPr="00DE53AB">
        <w:rPr>
          <w:lang w:val="fr-FR"/>
        </w:rPr>
        <w:t>.</w:t>
      </w:r>
    </w:p>
    <w:p w14:paraId="78728BB9" w14:textId="08ACBDAB" w:rsidR="000031B5" w:rsidRPr="00B90D5F" w:rsidRDefault="00DE53AB" w:rsidP="00DE53AB">
      <w:pPr>
        <w:spacing w:after="0"/>
        <w:rPr>
          <w:lang w:val="fr-FR"/>
        </w:rPr>
      </w:pPr>
      <w:r w:rsidRPr="00DE53AB">
        <w:rPr>
          <w:lang w:val="fr-FR"/>
        </w:rPr>
        <w:t xml:space="preserve">A high chair and a </w:t>
      </w:r>
      <w:proofErr w:type="spellStart"/>
      <w:r w:rsidRPr="00DE53AB">
        <w:rPr>
          <w:lang w:val="fr-FR"/>
        </w:rPr>
        <w:t>travel</w:t>
      </w:r>
      <w:proofErr w:type="spellEnd"/>
      <w:r w:rsidRPr="00DE53AB">
        <w:rPr>
          <w:lang w:val="fr-FR"/>
        </w:rPr>
        <w:t xml:space="preserve"> cot for babies are </w:t>
      </w:r>
      <w:proofErr w:type="spellStart"/>
      <w:r w:rsidRPr="00DE53AB">
        <w:rPr>
          <w:lang w:val="fr-FR"/>
        </w:rPr>
        <w:t>available</w:t>
      </w:r>
      <w:proofErr w:type="spellEnd"/>
      <w:r w:rsidRPr="00DE53AB">
        <w:rPr>
          <w:lang w:val="fr-FR"/>
        </w:rPr>
        <w:t xml:space="preserve"> </w:t>
      </w:r>
      <w:proofErr w:type="spellStart"/>
      <w:r w:rsidRPr="00DE53AB">
        <w:rPr>
          <w:lang w:val="fr-FR"/>
        </w:rPr>
        <w:t>upon</w:t>
      </w:r>
      <w:proofErr w:type="spellEnd"/>
      <w:r w:rsidRPr="00DE53AB">
        <w:rPr>
          <w:lang w:val="fr-FR"/>
        </w:rPr>
        <w:t xml:space="preserve"> </w:t>
      </w:r>
      <w:proofErr w:type="spellStart"/>
      <w:r w:rsidRPr="00DE53AB">
        <w:rPr>
          <w:lang w:val="fr-FR"/>
        </w:rPr>
        <w:t>request</w:t>
      </w:r>
      <w:proofErr w:type="spellEnd"/>
      <w:r w:rsidRPr="00DE53AB">
        <w:rPr>
          <w:lang w:val="fr-FR"/>
        </w:rPr>
        <w:t>.</w:t>
      </w:r>
    </w:p>
    <w:p w14:paraId="0A1C6E1A" w14:textId="77777777" w:rsidR="000D6908" w:rsidRDefault="000D6908" w:rsidP="00DE47D8">
      <w:pPr>
        <w:rPr>
          <w:lang w:val="fr-FR"/>
        </w:rPr>
      </w:pPr>
    </w:p>
    <w:p w14:paraId="2EDD94E7" w14:textId="77777777" w:rsidR="00C1677F" w:rsidRDefault="00C1677F" w:rsidP="00DE47D8">
      <w:pPr>
        <w:rPr>
          <w:lang w:val="fr-FR"/>
        </w:rPr>
      </w:pPr>
    </w:p>
    <w:p w14:paraId="5235F6D7" w14:textId="77777777" w:rsidR="00C1677F" w:rsidRDefault="00C1677F" w:rsidP="00DE47D8">
      <w:pPr>
        <w:rPr>
          <w:lang w:val="fr-FR"/>
        </w:rPr>
      </w:pPr>
    </w:p>
    <w:p w14:paraId="1BBB7E6E" w14:textId="77777777" w:rsidR="00C1677F" w:rsidRDefault="00C1677F" w:rsidP="00DE47D8">
      <w:pPr>
        <w:rPr>
          <w:lang w:val="fr-FR"/>
        </w:rPr>
      </w:pPr>
    </w:p>
    <w:p w14:paraId="7DBF9D6D" w14:textId="77777777" w:rsidR="00C1677F" w:rsidRDefault="00C1677F" w:rsidP="00DE47D8">
      <w:pPr>
        <w:rPr>
          <w:lang w:val="fr-FR"/>
        </w:rPr>
      </w:pPr>
    </w:p>
    <w:p w14:paraId="693E03A6" w14:textId="0F7260CE" w:rsidR="000D6908" w:rsidRDefault="004D748E" w:rsidP="00DE47D8">
      <w:pPr>
        <w:rPr>
          <w:rFonts w:ascii="Calibri" w:hAnsi="Calibri"/>
          <w:b/>
          <w:color w:val="0A3771"/>
          <w:sz w:val="42"/>
          <w:lang w:val="fr-FR"/>
        </w:rPr>
      </w:pPr>
      <w:r w:rsidRPr="004D748E">
        <w:rPr>
          <w:rFonts w:ascii="Calibri" w:hAnsi="Calibri"/>
          <w:b/>
          <w:noProof/>
          <w:color w:val="0A3771"/>
          <w:sz w:val="42"/>
          <w:lang w:val="fr-FR"/>
        </w:rPr>
        <w:lastRenderedPageBreak/>
        <w:drawing>
          <wp:inline distT="0" distB="0" distL="0" distR="0" wp14:anchorId="5435DEB7" wp14:editId="04DEFACE">
            <wp:extent cx="381000" cy="373602"/>
            <wp:effectExtent l="0" t="0" r="0" b="7620"/>
            <wp:docPr id="1920046926" name="Image 1" descr="Une image contenant symbol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046926" name="Image 1" descr="Une image contenant symbole, conception&#10;&#10;Le contenu généré par l’IA peut êtr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6896" cy="37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908">
        <w:rPr>
          <w:rFonts w:ascii="Calibri" w:hAnsi="Calibri"/>
          <w:b/>
          <w:color w:val="0A3771"/>
          <w:sz w:val="42"/>
          <w:lang w:val="fr-FR"/>
        </w:rPr>
        <w:t xml:space="preserve"> </w:t>
      </w:r>
      <w:proofErr w:type="spellStart"/>
      <w:r w:rsidR="008C1C28" w:rsidRPr="008C1C28">
        <w:rPr>
          <w:rFonts w:ascii="Calibri" w:hAnsi="Calibri"/>
          <w:b/>
          <w:color w:val="0A3771"/>
          <w:sz w:val="42"/>
          <w:lang w:val="fr-FR"/>
        </w:rPr>
        <w:t>Available</w:t>
      </w:r>
      <w:proofErr w:type="spellEnd"/>
      <w:r w:rsidR="008C1C28" w:rsidRPr="008C1C28">
        <w:rPr>
          <w:rFonts w:ascii="Calibri" w:hAnsi="Calibri"/>
          <w:b/>
          <w:color w:val="0A3771"/>
          <w:sz w:val="42"/>
          <w:lang w:val="fr-FR"/>
        </w:rPr>
        <w:t xml:space="preserve"> </w:t>
      </w:r>
      <w:proofErr w:type="spellStart"/>
      <w:r w:rsidR="008C1C28" w:rsidRPr="008C1C28">
        <w:rPr>
          <w:rFonts w:ascii="Calibri" w:hAnsi="Calibri"/>
          <w:b/>
          <w:color w:val="0A3771"/>
          <w:sz w:val="42"/>
          <w:lang w:val="fr-FR"/>
        </w:rPr>
        <w:t>equipment</w:t>
      </w:r>
      <w:proofErr w:type="spellEnd"/>
      <w:r w:rsidR="008C1C28" w:rsidRPr="008C1C28">
        <w:rPr>
          <w:rFonts w:ascii="Calibri" w:hAnsi="Calibri"/>
          <w:b/>
          <w:color w:val="0A3771"/>
          <w:sz w:val="42"/>
          <w:lang w:val="fr-FR"/>
        </w:rPr>
        <w:t xml:space="preserve"> </w:t>
      </w:r>
    </w:p>
    <w:p w14:paraId="0C507AFF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</w:t>
      </w:r>
      <w:proofErr w:type="spellStart"/>
      <w:r w:rsidRPr="008C1C28">
        <w:rPr>
          <w:lang w:val="fr-FR"/>
        </w:rPr>
        <w:t>Fully</w:t>
      </w:r>
      <w:proofErr w:type="spellEnd"/>
      <w:r w:rsidRPr="008C1C28">
        <w:rPr>
          <w:lang w:val="fr-FR"/>
        </w:rPr>
        <w:t xml:space="preserve"> </w:t>
      </w:r>
      <w:proofErr w:type="spellStart"/>
      <w:r w:rsidRPr="008C1C28">
        <w:rPr>
          <w:lang w:val="fr-FR"/>
        </w:rPr>
        <w:t>equipped</w:t>
      </w:r>
      <w:proofErr w:type="spellEnd"/>
      <w:r w:rsidRPr="008C1C28">
        <w:rPr>
          <w:lang w:val="fr-FR"/>
        </w:rPr>
        <w:t xml:space="preserve"> </w:t>
      </w:r>
      <w:proofErr w:type="spellStart"/>
      <w:r w:rsidRPr="008C1C28">
        <w:rPr>
          <w:lang w:val="fr-FR"/>
        </w:rPr>
        <w:t>kitchen</w:t>
      </w:r>
      <w:proofErr w:type="spellEnd"/>
    </w:p>
    <w:p w14:paraId="068B475B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</w:t>
      </w:r>
      <w:proofErr w:type="spellStart"/>
      <w:r w:rsidRPr="008C1C28">
        <w:rPr>
          <w:lang w:val="fr-FR"/>
        </w:rPr>
        <w:t>Bed</w:t>
      </w:r>
      <w:proofErr w:type="spellEnd"/>
      <w:r w:rsidRPr="008C1C28">
        <w:rPr>
          <w:lang w:val="fr-FR"/>
        </w:rPr>
        <w:t xml:space="preserve"> </w:t>
      </w:r>
      <w:proofErr w:type="spellStart"/>
      <w:r w:rsidRPr="008C1C28">
        <w:rPr>
          <w:lang w:val="fr-FR"/>
        </w:rPr>
        <w:t>linen</w:t>
      </w:r>
      <w:proofErr w:type="spellEnd"/>
      <w:r w:rsidRPr="008C1C28">
        <w:rPr>
          <w:lang w:val="fr-FR"/>
        </w:rPr>
        <w:t xml:space="preserve"> and </w:t>
      </w:r>
      <w:proofErr w:type="spellStart"/>
      <w:r w:rsidRPr="008C1C28">
        <w:rPr>
          <w:lang w:val="fr-FR"/>
        </w:rPr>
        <w:t>towels</w:t>
      </w:r>
      <w:proofErr w:type="spellEnd"/>
      <w:r w:rsidRPr="008C1C28">
        <w:rPr>
          <w:lang w:val="fr-FR"/>
        </w:rPr>
        <w:t xml:space="preserve"> </w:t>
      </w:r>
      <w:proofErr w:type="spellStart"/>
      <w:r w:rsidRPr="008C1C28">
        <w:rPr>
          <w:lang w:val="fr-FR"/>
        </w:rPr>
        <w:t>provided</w:t>
      </w:r>
      <w:proofErr w:type="spellEnd"/>
    </w:p>
    <w:p w14:paraId="283D22CF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Central gas </w:t>
      </w:r>
      <w:proofErr w:type="spellStart"/>
      <w:r w:rsidRPr="008C1C28">
        <w:rPr>
          <w:lang w:val="fr-FR"/>
        </w:rPr>
        <w:t>heating</w:t>
      </w:r>
      <w:proofErr w:type="spellEnd"/>
    </w:p>
    <w:p w14:paraId="4C6D343E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Washing machine (instructions </w:t>
      </w:r>
      <w:proofErr w:type="spellStart"/>
      <w:r w:rsidRPr="008C1C28">
        <w:rPr>
          <w:lang w:val="fr-FR"/>
        </w:rPr>
        <w:t>included</w:t>
      </w:r>
      <w:proofErr w:type="spellEnd"/>
      <w:r w:rsidRPr="008C1C28">
        <w:rPr>
          <w:lang w:val="fr-FR"/>
        </w:rPr>
        <w:t>)</w:t>
      </w:r>
    </w:p>
    <w:p w14:paraId="147A0E96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Basic </w:t>
      </w:r>
      <w:proofErr w:type="spellStart"/>
      <w:r w:rsidRPr="008C1C28">
        <w:rPr>
          <w:lang w:val="fr-FR"/>
        </w:rPr>
        <w:t>cleaning</w:t>
      </w:r>
      <w:proofErr w:type="spellEnd"/>
      <w:r w:rsidRPr="008C1C28">
        <w:rPr>
          <w:lang w:val="fr-FR"/>
        </w:rPr>
        <w:t xml:space="preserve"> supplies</w:t>
      </w:r>
    </w:p>
    <w:p w14:paraId="298E3EBA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</w:t>
      </w:r>
      <w:proofErr w:type="spellStart"/>
      <w:r w:rsidRPr="008C1C28">
        <w:rPr>
          <w:lang w:val="fr-FR"/>
        </w:rPr>
        <w:t>Dishwasher</w:t>
      </w:r>
      <w:proofErr w:type="spellEnd"/>
    </w:p>
    <w:p w14:paraId="51091BD1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>- Salad spinner</w:t>
      </w:r>
    </w:p>
    <w:p w14:paraId="657D0E3F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>- Oven</w:t>
      </w:r>
    </w:p>
    <w:p w14:paraId="09986141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</w:t>
      </w:r>
      <w:proofErr w:type="spellStart"/>
      <w:r w:rsidRPr="008C1C28">
        <w:rPr>
          <w:lang w:val="fr-FR"/>
        </w:rPr>
        <w:t>Microwave</w:t>
      </w:r>
      <w:proofErr w:type="spellEnd"/>
    </w:p>
    <w:p w14:paraId="35D7B056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Hair </w:t>
      </w:r>
      <w:proofErr w:type="spellStart"/>
      <w:r w:rsidRPr="008C1C28">
        <w:rPr>
          <w:lang w:val="fr-FR"/>
        </w:rPr>
        <w:t>dryer</w:t>
      </w:r>
      <w:proofErr w:type="spellEnd"/>
    </w:p>
    <w:p w14:paraId="2E94B626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</w:t>
      </w:r>
      <w:proofErr w:type="spellStart"/>
      <w:r w:rsidRPr="008C1C28">
        <w:rPr>
          <w:lang w:val="fr-FR"/>
        </w:rPr>
        <w:t>Television</w:t>
      </w:r>
      <w:proofErr w:type="spellEnd"/>
      <w:r w:rsidRPr="008C1C28">
        <w:rPr>
          <w:lang w:val="fr-FR"/>
        </w:rPr>
        <w:t xml:space="preserve"> </w:t>
      </w:r>
      <w:proofErr w:type="spellStart"/>
      <w:r w:rsidRPr="008C1C28">
        <w:rPr>
          <w:lang w:val="fr-FR"/>
        </w:rPr>
        <w:t>with</w:t>
      </w:r>
      <w:proofErr w:type="spellEnd"/>
      <w:r w:rsidRPr="008C1C28">
        <w:rPr>
          <w:lang w:val="fr-FR"/>
        </w:rPr>
        <w:t xml:space="preserve"> </w:t>
      </w:r>
      <w:proofErr w:type="spellStart"/>
      <w:r w:rsidRPr="008C1C28">
        <w:rPr>
          <w:lang w:val="fr-FR"/>
        </w:rPr>
        <w:t>fiber</w:t>
      </w:r>
      <w:proofErr w:type="spellEnd"/>
      <w:r w:rsidRPr="008C1C28">
        <w:rPr>
          <w:lang w:val="fr-FR"/>
        </w:rPr>
        <w:t xml:space="preserve"> </w:t>
      </w:r>
      <w:proofErr w:type="spellStart"/>
      <w:r w:rsidRPr="008C1C28">
        <w:rPr>
          <w:lang w:val="fr-FR"/>
        </w:rPr>
        <w:t>optic</w:t>
      </w:r>
      <w:proofErr w:type="spellEnd"/>
      <w:r w:rsidRPr="008C1C28">
        <w:rPr>
          <w:lang w:val="fr-FR"/>
        </w:rPr>
        <w:t xml:space="preserve"> internet</w:t>
      </w:r>
    </w:p>
    <w:p w14:paraId="574C0022" w14:textId="66A64931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</w:t>
      </w:r>
      <w:proofErr w:type="spellStart"/>
      <w:r w:rsidRPr="008C1C28">
        <w:rPr>
          <w:lang w:val="fr-FR"/>
        </w:rPr>
        <w:t>Luggage</w:t>
      </w:r>
      <w:proofErr w:type="spellEnd"/>
      <w:r w:rsidRPr="008C1C28">
        <w:rPr>
          <w:lang w:val="fr-FR"/>
        </w:rPr>
        <w:t xml:space="preserve"> rack</w:t>
      </w:r>
    </w:p>
    <w:p w14:paraId="19ADED8C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Electric </w:t>
      </w:r>
      <w:proofErr w:type="spellStart"/>
      <w:r w:rsidRPr="008C1C28">
        <w:rPr>
          <w:lang w:val="fr-FR"/>
        </w:rPr>
        <w:t>kettle</w:t>
      </w:r>
      <w:proofErr w:type="spellEnd"/>
    </w:p>
    <w:p w14:paraId="407EDB7E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>- Toaster</w:t>
      </w:r>
    </w:p>
    <w:p w14:paraId="5DB73D20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>- Raclette grill</w:t>
      </w:r>
    </w:p>
    <w:p w14:paraId="59B0D1FC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</w:t>
      </w:r>
      <w:proofErr w:type="spellStart"/>
      <w:r w:rsidRPr="008C1C28">
        <w:rPr>
          <w:lang w:val="fr-FR"/>
        </w:rPr>
        <w:t>Crepe</w:t>
      </w:r>
      <w:proofErr w:type="spellEnd"/>
      <w:r w:rsidRPr="008C1C28">
        <w:rPr>
          <w:lang w:val="fr-FR"/>
        </w:rPr>
        <w:t xml:space="preserve"> </w:t>
      </w:r>
      <w:proofErr w:type="spellStart"/>
      <w:r w:rsidRPr="008C1C28">
        <w:rPr>
          <w:lang w:val="fr-FR"/>
        </w:rPr>
        <w:t>makers</w:t>
      </w:r>
      <w:proofErr w:type="spellEnd"/>
    </w:p>
    <w:p w14:paraId="6F7496D2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Vacuum </w:t>
      </w:r>
      <w:proofErr w:type="spellStart"/>
      <w:r w:rsidRPr="008C1C28">
        <w:rPr>
          <w:lang w:val="fr-FR"/>
        </w:rPr>
        <w:t>cleaner</w:t>
      </w:r>
      <w:proofErr w:type="spellEnd"/>
    </w:p>
    <w:p w14:paraId="66CAF42B" w14:textId="77777777" w:rsidR="008C1C28" w:rsidRPr="008C1C28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Iron and </w:t>
      </w:r>
      <w:proofErr w:type="spellStart"/>
      <w:r w:rsidRPr="008C1C28">
        <w:rPr>
          <w:lang w:val="fr-FR"/>
        </w:rPr>
        <w:t>ironing</w:t>
      </w:r>
      <w:proofErr w:type="spellEnd"/>
      <w:r w:rsidRPr="008C1C28">
        <w:rPr>
          <w:lang w:val="fr-FR"/>
        </w:rPr>
        <w:t xml:space="preserve"> </w:t>
      </w:r>
      <w:proofErr w:type="spellStart"/>
      <w:r w:rsidRPr="008C1C28">
        <w:rPr>
          <w:lang w:val="fr-FR"/>
        </w:rPr>
        <w:t>board</w:t>
      </w:r>
      <w:proofErr w:type="spellEnd"/>
    </w:p>
    <w:p w14:paraId="02D3027B" w14:textId="1305F575" w:rsidR="00B90D5F" w:rsidRDefault="008C1C28" w:rsidP="008C1C28">
      <w:pPr>
        <w:spacing w:after="0"/>
        <w:rPr>
          <w:lang w:val="fr-FR"/>
        </w:rPr>
      </w:pPr>
      <w:r w:rsidRPr="008C1C28">
        <w:rPr>
          <w:lang w:val="fr-FR"/>
        </w:rPr>
        <w:t xml:space="preserve">- Games </w:t>
      </w:r>
      <w:proofErr w:type="spellStart"/>
      <w:r w:rsidRPr="008C1C28">
        <w:rPr>
          <w:lang w:val="fr-FR"/>
        </w:rPr>
        <w:t>chest</w:t>
      </w:r>
      <w:proofErr w:type="spellEnd"/>
    </w:p>
    <w:p w14:paraId="467A2920" w14:textId="77777777" w:rsidR="008C1C28" w:rsidRDefault="008C1C28" w:rsidP="008C1C28">
      <w:pPr>
        <w:spacing w:after="0"/>
        <w:rPr>
          <w:lang w:val="fr-FR"/>
        </w:rPr>
      </w:pPr>
    </w:p>
    <w:p w14:paraId="59B0A875" w14:textId="27E95183" w:rsidR="00B90D5F" w:rsidRPr="00B90D5F" w:rsidRDefault="00B90D5F" w:rsidP="00B90D5F">
      <w:pPr>
        <w:pStyle w:val="Titre2"/>
        <w:rPr>
          <w:rFonts w:ascii="Calibri" w:eastAsiaTheme="minorEastAsia" w:hAnsi="Calibri" w:cstheme="minorBidi"/>
          <w:bCs w:val="0"/>
          <w:color w:val="0A3771"/>
          <w:sz w:val="42"/>
          <w:szCs w:val="22"/>
          <w:lang w:val="fr-FR"/>
        </w:rPr>
      </w:pPr>
      <w:r w:rsidRPr="00B90D5F">
        <w:rPr>
          <w:rFonts w:ascii="Calibri" w:eastAsiaTheme="minorEastAsia" w:hAnsi="Calibri" w:cstheme="minorBidi"/>
          <w:bCs w:val="0"/>
          <w:noProof/>
          <w:color w:val="0A3771"/>
          <w:sz w:val="42"/>
          <w:szCs w:val="22"/>
          <w:lang w:val="fr-FR"/>
        </w:rPr>
        <w:drawing>
          <wp:inline distT="0" distB="0" distL="0" distR="0" wp14:anchorId="3BC75D86" wp14:editId="6A275802">
            <wp:extent cx="542925" cy="483911"/>
            <wp:effectExtent l="0" t="0" r="0" b="0"/>
            <wp:docPr id="13424877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48771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518" cy="48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1C28" w:rsidRPr="008C1C28">
        <w:t xml:space="preserve"> </w:t>
      </w:r>
      <w:r w:rsidR="008C1C28" w:rsidRPr="008C1C28">
        <w:rPr>
          <w:rFonts w:ascii="Calibri" w:eastAsiaTheme="minorEastAsia" w:hAnsi="Calibri" w:cstheme="minorBidi"/>
          <w:bCs w:val="0"/>
          <w:color w:val="0A3771"/>
          <w:sz w:val="42"/>
          <w:szCs w:val="22"/>
          <w:lang w:val="fr-FR"/>
        </w:rPr>
        <w:t xml:space="preserve">Important emergency </w:t>
      </w:r>
      <w:proofErr w:type="spellStart"/>
      <w:r w:rsidR="008C1C28" w:rsidRPr="008C1C28">
        <w:rPr>
          <w:rFonts w:ascii="Calibri" w:eastAsiaTheme="minorEastAsia" w:hAnsi="Calibri" w:cstheme="minorBidi"/>
          <w:bCs w:val="0"/>
          <w:color w:val="0A3771"/>
          <w:sz w:val="42"/>
          <w:szCs w:val="22"/>
          <w:lang w:val="fr-FR"/>
        </w:rPr>
        <w:t>numbers</w:t>
      </w:r>
      <w:proofErr w:type="spellEnd"/>
      <w:r w:rsidR="008C1C28" w:rsidRPr="008C1C28">
        <w:rPr>
          <w:rFonts w:ascii="Calibri" w:eastAsiaTheme="minorEastAsia" w:hAnsi="Calibri" w:cstheme="minorBidi"/>
          <w:bCs w:val="0"/>
          <w:color w:val="0A3771"/>
          <w:sz w:val="42"/>
          <w:szCs w:val="22"/>
          <w:lang w:val="fr-FR"/>
        </w:rPr>
        <w:t xml:space="preserve"> </w:t>
      </w:r>
    </w:p>
    <w:p w14:paraId="1D887C8A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SAMU (Emergency </w:t>
      </w:r>
      <w:proofErr w:type="spellStart"/>
      <w:r w:rsidRPr="00641D92">
        <w:rPr>
          <w:lang w:val="fr-FR"/>
        </w:rPr>
        <w:t>Medical</w:t>
      </w:r>
      <w:proofErr w:type="spellEnd"/>
      <w:r w:rsidRPr="00641D92">
        <w:rPr>
          <w:lang w:val="fr-FR"/>
        </w:rPr>
        <w:t xml:space="preserve"> Service): 15</w:t>
      </w:r>
    </w:p>
    <w:p w14:paraId="181E776D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Police: 17</w:t>
      </w:r>
    </w:p>
    <w:p w14:paraId="63D85A66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Fire </w:t>
      </w:r>
      <w:proofErr w:type="spellStart"/>
      <w:r w:rsidRPr="00641D92">
        <w:rPr>
          <w:lang w:val="fr-FR"/>
        </w:rPr>
        <w:t>Department</w:t>
      </w:r>
      <w:proofErr w:type="spellEnd"/>
      <w:r w:rsidRPr="00641D92">
        <w:rPr>
          <w:lang w:val="fr-FR"/>
        </w:rPr>
        <w:t>: 18</w:t>
      </w:r>
    </w:p>
    <w:p w14:paraId="7E10F808" w14:textId="77777777" w:rsidR="00641D92" w:rsidRPr="00641D92" w:rsidRDefault="00641D92" w:rsidP="00641D92">
      <w:pPr>
        <w:spacing w:after="0"/>
        <w:rPr>
          <w:lang w:val="fr-FR"/>
        </w:rPr>
      </w:pPr>
      <w:proofErr w:type="spellStart"/>
      <w:r w:rsidRPr="00641D92">
        <w:rPr>
          <w:lang w:val="fr-FR"/>
        </w:rPr>
        <w:t>European</w:t>
      </w:r>
      <w:proofErr w:type="spellEnd"/>
      <w:r w:rsidRPr="00641D92">
        <w:rPr>
          <w:lang w:val="fr-FR"/>
        </w:rPr>
        <w:t xml:space="preserve"> Emergency Number: 112</w:t>
      </w:r>
    </w:p>
    <w:p w14:paraId="6C084A35" w14:textId="77777777" w:rsidR="00641D92" w:rsidRPr="00641D92" w:rsidRDefault="00641D92" w:rsidP="00641D92">
      <w:pPr>
        <w:spacing w:after="0"/>
        <w:rPr>
          <w:lang w:val="fr-FR"/>
        </w:rPr>
      </w:pPr>
      <w:proofErr w:type="spellStart"/>
      <w:r w:rsidRPr="00641D92">
        <w:rPr>
          <w:lang w:val="fr-FR"/>
        </w:rPr>
        <w:t>Deaf</w:t>
      </w:r>
      <w:proofErr w:type="spellEnd"/>
      <w:r w:rsidRPr="00641D92">
        <w:rPr>
          <w:lang w:val="fr-FR"/>
        </w:rPr>
        <w:t>/Hard of Hearing Number: 114</w:t>
      </w:r>
    </w:p>
    <w:p w14:paraId="65D632B4" w14:textId="1513C479" w:rsidR="00856603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Saint Christophe Pharmacy: 1 rue de l’église, Place d’Armes, 2 minutes </w:t>
      </w:r>
      <w:proofErr w:type="spellStart"/>
      <w:r w:rsidRPr="00641D92">
        <w:rPr>
          <w:lang w:val="fr-FR"/>
        </w:rPr>
        <w:t>walk</w:t>
      </w:r>
      <w:proofErr w:type="spellEnd"/>
      <w:r w:rsidRPr="00641D92">
        <w:rPr>
          <w:lang w:val="fr-FR"/>
        </w:rPr>
        <w:t xml:space="preserve">, </w:t>
      </w:r>
      <w:proofErr w:type="spellStart"/>
      <w:r w:rsidRPr="00641D92">
        <w:rPr>
          <w:lang w:val="fr-FR"/>
        </w:rPr>
        <w:t>next</w:t>
      </w:r>
      <w:proofErr w:type="spellEnd"/>
      <w:r w:rsidRPr="00641D92">
        <w:rPr>
          <w:lang w:val="fr-FR"/>
        </w:rPr>
        <w:t xml:space="preserve"> to the </w:t>
      </w:r>
      <w:proofErr w:type="spellStart"/>
      <w:r w:rsidRPr="00641D92">
        <w:rPr>
          <w:lang w:val="fr-FR"/>
        </w:rPr>
        <w:t>cathedral</w:t>
      </w:r>
      <w:proofErr w:type="spellEnd"/>
      <w:r w:rsidRPr="00641D92">
        <w:rPr>
          <w:lang w:val="fr-FR"/>
        </w:rPr>
        <w:t>.</w:t>
      </w:r>
    </w:p>
    <w:p w14:paraId="4BBF4686" w14:textId="77777777" w:rsidR="00856603" w:rsidRDefault="00856603" w:rsidP="000031B5">
      <w:pPr>
        <w:spacing w:after="0"/>
        <w:rPr>
          <w:lang w:val="fr-FR"/>
        </w:rPr>
      </w:pPr>
    </w:p>
    <w:p w14:paraId="420DDA16" w14:textId="77777777" w:rsidR="00856603" w:rsidRDefault="00856603" w:rsidP="000031B5">
      <w:pPr>
        <w:spacing w:after="0"/>
        <w:rPr>
          <w:lang w:val="fr-FR"/>
        </w:rPr>
      </w:pPr>
    </w:p>
    <w:p w14:paraId="109CCC19" w14:textId="77777777" w:rsidR="00856603" w:rsidRDefault="00856603" w:rsidP="000031B5">
      <w:pPr>
        <w:spacing w:after="0"/>
        <w:rPr>
          <w:lang w:val="fr-FR"/>
        </w:rPr>
      </w:pPr>
    </w:p>
    <w:p w14:paraId="666BCB54" w14:textId="77777777" w:rsidR="00856603" w:rsidRDefault="00856603" w:rsidP="000031B5">
      <w:pPr>
        <w:spacing w:after="0"/>
        <w:rPr>
          <w:lang w:val="fr-FR"/>
        </w:rPr>
      </w:pPr>
    </w:p>
    <w:p w14:paraId="336D2EB3" w14:textId="77777777" w:rsidR="00856603" w:rsidRDefault="00856603" w:rsidP="000031B5">
      <w:pPr>
        <w:spacing w:after="0"/>
        <w:rPr>
          <w:lang w:val="fr-FR"/>
        </w:rPr>
      </w:pPr>
    </w:p>
    <w:p w14:paraId="279869CD" w14:textId="77777777" w:rsidR="00856603" w:rsidRDefault="00856603" w:rsidP="000031B5">
      <w:pPr>
        <w:spacing w:after="0"/>
        <w:rPr>
          <w:lang w:val="fr-FR"/>
        </w:rPr>
      </w:pPr>
    </w:p>
    <w:p w14:paraId="5FE8C1DC" w14:textId="77777777" w:rsidR="00856603" w:rsidRDefault="00856603" w:rsidP="000031B5">
      <w:pPr>
        <w:spacing w:after="0"/>
        <w:rPr>
          <w:lang w:val="fr-FR"/>
        </w:rPr>
      </w:pPr>
    </w:p>
    <w:p w14:paraId="6E925829" w14:textId="77777777" w:rsidR="00856603" w:rsidRDefault="00856603" w:rsidP="000031B5">
      <w:pPr>
        <w:spacing w:after="0"/>
        <w:rPr>
          <w:lang w:val="fr-FR"/>
        </w:rPr>
      </w:pPr>
    </w:p>
    <w:p w14:paraId="495FBC7D" w14:textId="77777777" w:rsidR="00856603" w:rsidRDefault="00856603" w:rsidP="000031B5">
      <w:pPr>
        <w:spacing w:after="0"/>
        <w:rPr>
          <w:lang w:val="fr-FR"/>
        </w:rPr>
      </w:pPr>
    </w:p>
    <w:p w14:paraId="336AA882" w14:textId="77777777" w:rsidR="00856603" w:rsidRDefault="00856603" w:rsidP="000031B5">
      <w:pPr>
        <w:spacing w:after="0"/>
        <w:rPr>
          <w:lang w:val="fr-FR"/>
        </w:rPr>
      </w:pPr>
    </w:p>
    <w:p w14:paraId="38011D89" w14:textId="77777777" w:rsidR="00856603" w:rsidRDefault="00856603" w:rsidP="000031B5">
      <w:pPr>
        <w:spacing w:after="0"/>
        <w:rPr>
          <w:lang w:val="fr-FR"/>
        </w:rPr>
      </w:pPr>
    </w:p>
    <w:p w14:paraId="5A68E388" w14:textId="77777777" w:rsidR="00856603" w:rsidRDefault="00856603" w:rsidP="000031B5">
      <w:pPr>
        <w:spacing w:after="0"/>
        <w:rPr>
          <w:lang w:val="fr-FR"/>
        </w:rPr>
      </w:pPr>
    </w:p>
    <w:p w14:paraId="2DFE6B02" w14:textId="77777777" w:rsidR="00856603" w:rsidRDefault="00856603" w:rsidP="000031B5">
      <w:pPr>
        <w:spacing w:after="0"/>
        <w:rPr>
          <w:lang w:val="fr-FR"/>
        </w:rPr>
      </w:pPr>
    </w:p>
    <w:p w14:paraId="315688CF" w14:textId="77777777" w:rsidR="00587B1B" w:rsidRDefault="00587B1B" w:rsidP="000031B5">
      <w:pPr>
        <w:spacing w:after="0"/>
        <w:rPr>
          <w:lang w:val="fr-FR"/>
        </w:rPr>
      </w:pPr>
    </w:p>
    <w:p w14:paraId="131EF35C" w14:textId="18898D32" w:rsidR="00B90D5F" w:rsidRDefault="00A255D0" w:rsidP="003D21B0">
      <w:pPr>
        <w:spacing w:after="0"/>
        <w:rPr>
          <w:rFonts w:ascii="Calibri" w:hAnsi="Calibri"/>
          <w:b/>
          <w:color w:val="0A3771"/>
          <w:sz w:val="42"/>
          <w:lang w:val="fr-FR"/>
        </w:rPr>
      </w:pPr>
      <w:r w:rsidRPr="00A255D0">
        <w:rPr>
          <w:rFonts w:ascii="Calibri" w:hAnsi="Calibri"/>
          <w:b/>
          <w:noProof/>
          <w:color w:val="0A3771"/>
          <w:sz w:val="42"/>
          <w:lang w:val="fr-FR"/>
        </w:rPr>
        <w:lastRenderedPageBreak/>
        <w:drawing>
          <wp:inline distT="0" distB="0" distL="0" distR="0" wp14:anchorId="2DF7544A" wp14:editId="51C207F8">
            <wp:extent cx="453099" cy="409575"/>
            <wp:effectExtent l="0" t="0" r="4445" b="0"/>
            <wp:docPr id="194072216" name="Image 1" descr="Une image contenant clipart, symbol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72216" name="Image 1" descr="Une image contenant clipart, symbole, conception&#10;&#10;Le contenu généré par l’IA peut êtr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2293" cy="417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  <w:color w:val="0A3771"/>
          <w:sz w:val="42"/>
          <w:lang w:val="fr-FR"/>
        </w:rPr>
        <w:t xml:space="preserve"> </w:t>
      </w:r>
      <w:r w:rsidR="00641D92" w:rsidRPr="00641D92">
        <w:rPr>
          <w:rFonts w:ascii="Calibri" w:hAnsi="Calibri"/>
          <w:b/>
          <w:color w:val="0A3771"/>
          <w:sz w:val="42"/>
          <w:lang w:val="fr-FR"/>
        </w:rPr>
        <w:t>Local shops</w:t>
      </w:r>
      <w:r w:rsidR="00641D92" w:rsidRPr="00641D92">
        <w:rPr>
          <w:rFonts w:ascii="Calibri" w:hAnsi="Calibri"/>
          <w:b/>
          <w:color w:val="0A3771"/>
          <w:sz w:val="42"/>
          <w:lang w:val="fr-FR"/>
        </w:rPr>
        <w:t xml:space="preserve"> </w:t>
      </w:r>
    </w:p>
    <w:p w14:paraId="5F14933B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Near the </w:t>
      </w:r>
      <w:proofErr w:type="spellStart"/>
      <w:r w:rsidRPr="00641D92">
        <w:rPr>
          <w:lang w:val="fr-FR"/>
        </w:rPr>
        <w:t>apartment</w:t>
      </w:r>
      <w:proofErr w:type="spellEnd"/>
      <w:r w:rsidRPr="00641D92">
        <w:rPr>
          <w:lang w:val="fr-FR"/>
        </w:rPr>
        <w:t>:</w:t>
      </w:r>
    </w:p>
    <w:p w14:paraId="33611F64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L. François Pastry Shop, Place d’Armes, 90000 Belfort</w:t>
      </w:r>
    </w:p>
    <w:p w14:paraId="2FFE1AD1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Perello Grocery Store – Le Grain de Café – 6 Place d’Armes, 90000 Belfort</w:t>
      </w:r>
    </w:p>
    <w:p w14:paraId="42579573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Les Marronniers Café Bar – 8 Place d’Armes, 90000 Belfort</w:t>
      </w:r>
    </w:p>
    <w:p w14:paraId="350D283B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Le Trois – 3 Place d’Armes, 90000 Belfort</w:t>
      </w:r>
    </w:p>
    <w:p w14:paraId="54CD35E6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Au Tabac Epicerie du Lion – 6 Place d’Armes, 90000 Belfort</w:t>
      </w:r>
    </w:p>
    <w:p w14:paraId="5F99A9EB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Le Bar à Vins du Lion – 2 Place d’Armes, 90000 Belfort</w:t>
      </w:r>
    </w:p>
    <w:p w14:paraId="251895C2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Les Marronniers Café Bar – 8 Place d’Armes, 90000 Belfort</w:t>
      </w:r>
    </w:p>
    <w:p w14:paraId="3B35F0D8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Restaurant de la Place – 13 Rue du Quai, 90000 Belfort</w:t>
      </w:r>
    </w:p>
    <w:p w14:paraId="1F655F3E" w14:textId="77777777" w:rsidR="00641D92" w:rsidRPr="00641D92" w:rsidRDefault="00641D92" w:rsidP="00641D92">
      <w:pPr>
        <w:spacing w:after="0"/>
        <w:rPr>
          <w:lang w:val="fr-FR"/>
        </w:rPr>
      </w:pPr>
    </w:p>
    <w:p w14:paraId="0F03A006" w14:textId="77777777" w:rsidR="00641D92" w:rsidRPr="00641D92" w:rsidRDefault="00641D92" w:rsidP="00641D92">
      <w:pPr>
        <w:spacing w:after="0"/>
        <w:rPr>
          <w:lang w:val="fr-FR"/>
        </w:rPr>
      </w:pPr>
      <w:proofErr w:type="spellStart"/>
      <w:r w:rsidRPr="00641D92">
        <w:rPr>
          <w:lang w:val="fr-FR"/>
        </w:rPr>
        <w:t>Towards</w:t>
      </w:r>
      <w:proofErr w:type="spellEnd"/>
      <w:r w:rsidRPr="00641D92">
        <w:rPr>
          <w:lang w:val="fr-FR"/>
        </w:rPr>
        <w:t xml:space="preserve"> the pedestrian </w:t>
      </w:r>
      <w:proofErr w:type="spellStart"/>
      <w:r w:rsidRPr="00641D92">
        <w:rPr>
          <w:lang w:val="fr-FR"/>
        </w:rPr>
        <w:t>street</w:t>
      </w:r>
      <w:proofErr w:type="spellEnd"/>
      <w:r w:rsidRPr="00641D92">
        <w:rPr>
          <w:lang w:val="fr-FR"/>
        </w:rPr>
        <w:t>:</w:t>
      </w:r>
    </w:p>
    <w:p w14:paraId="191EB922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Bistrot des Moines – 22 Rue P Dreyfus Schmidt, 90000 Belfort</w:t>
      </w:r>
    </w:p>
    <w:p w14:paraId="4AB1149C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Finnegan's - 6 Bd Carnot, 90000 Belfort</w:t>
      </w:r>
    </w:p>
    <w:p w14:paraId="7FA6FB74" w14:textId="0670748D" w:rsidR="003E00B5" w:rsidRDefault="00641D92" w:rsidP="00641D92">
      <w:pPr>
        <w:spacing w:after="0"/>
        <w:rPr>
          <w:lang w:val="fr-FR"/>
        </w:rPr>
      </w:pPr>
      <w:proofErr w:type="spellStart"/>
      <w:r w:rsidRPr="00641D92">
        <w:rPr>
          <w:lang w:val="fr-FR"/>
        </w:rPr>
        <w:t>Supermarket</w:t>
      </w:r>
      <w:proofErr w:type="spellEnd"/>
      <w:r w:rsidRPr="00641D92">
        <w:rPr>
          <w:lang w:val="fr-FR"/>
        </w:rPr>
        <w:t>: MONOPRIX: 1 avenue du Maréchal Foch, 90000 Belfort</w:t>
      </w:r>
    </w:p>
    <w:p w14:paraId="3EF14517" w14:textId="77777777" w:rsidR="003E00B5" w:rsidRDefault="003E00B5" w:rsidP="00151606">
      <w:pPr>
        <w:spacing w:after="0"/>
        <w:rPr>
          <w:lang w:val="fr-FR"/>
        </w:rPr>
      </w:pPr>
    </w:p>
    <w:p w14:paraId="635A254E" w14:textId="77777777" w:rsidR="003E00B5" w:rsidRDefault="003E00B5" w:rsidP="00151606">
      <w:pPr>
        <w:spacing w:after="0"/>
        <w:rPr>
          <w:lang w:val="fr-FR"/>
        </w:rPr>
      </w:pPr>
    </w:p>
    <w:p w14:paraId="45FB6C32" w14:textId="77777777" w:rsidR="003E00B5" w:rsidRDefault="003E00B5" w:rsidP="00151606">
      <w:pPr>
        <w:spacing w:after="0"/>
        <w:rPr>
          <w:lang w:val="fr-FR"/>
        </w:rPr>
      </w:pPr>
    </w:p>
    <w:p w14:paraId="1A546B2B" w14:textId="77777777" w:rsidR="003E00B5" w:rsidRDefault="003E00B5" w:rsidP="00151606">
      <w:pPr>
        <w:spacing w:after="0"/>
        <w:rPr>
          <w:lang w:val="fr-FR"/>
        </w:rPr>
      </w:pPr>
    </w:p>
    <w:p w14:paraId="1FFD3FE6" w14:textId="77777777" w:rsidR="003E00B5" w:rsidRDefault="003E00B5" w:rsidP="00151606">
      <w:pPr>
        <w:spacing w:after="0"/>
        <w:rPr>
          <w:lang w:val="fr-FR"/>
        </w:rPr>
      </w:pPr>
    </w:p>
    <w:p w14:paraId="141121E1" w14:textId="77777777" w:rsidR="003E00B5" w:rsidRDefault="003E00B5" w:rsidP="00151606">
      <w:pPr>
        <w:spacing w:after="0"/>
        <w:rPr>
          <w:lang w:val="fr-FR"/>
        </w:rPr>
      </w:pPr>
    </w:p>
    <w:p w14:paraId="6758987C" w14:textId="77777777" w:rsidR="003E00B5" w:rsidRDefault="003E00B5" w:rsidP="00151606">
      <w:pPr>
        <w:spacing w:after="0"/>
        <w:rPr>
          <w:lang w:val="fr-FR"/>
        </w:rPr>
      </w:pPr>
    </w:p>
    <w:p w14:paraId="154A9D6A" w14:textId="77777777" w:rsidR="003E00B5" w:rsidRDefault="003E00B5" w:rsidP="00151606">
      <w:pPr>
        <w:spacing w:after="0"/>
        <w:rPr>
          <w:lang w:val="fr-FR"/>
        </w:rPr>
      </w:pPr>
    </w:p>
    <w:p w14:paraId="25812094" w14:textId="77777777" w:rsidR="003E00B5" w:rsidRDefault="003E00B5" w:rsidP="00151606">
      <w:pPr>
        <w:spacing w:after="0"/>
        <w:rPr>
          <w:lang w:val="fr-FR"/>
        </w:rPr>
      </w:pPr>
    </w:p>
    <w:p w14:paraId="501AC04B" w14:textId="77777777" w:rsidR="003E00B5" w:rsidRDefault="003E00B5" w:rsidP="00151606">
      <w:pPr>
        <w:spacing w:after="0"/>
        <w:rPr>
          <w:lang w:val="fr-FR"/>
        </w:rPr>
      </w:pPr>
    </w:p>
    <w:p w14:paraId="69630B07" w14:textId="77777777" w:rsidR="003E00B5" w:rsidRDefault="003E00B5" w:rsidP="00151606">
      <w:pPr>
        <w:spacing w:after="0"/>
        <w:rPr>
          <w:lang w:val="fr-FR"/>
        </w:rPr>
      </w:pPr>
    </w:p>
    <w:p w14:paraId="1393223D" w14:textId="77777777" w:rsidR="003E00B5" w:rsidRDefault="003E00B5" w:rsidP="00151606">
      <w:pPr>
        <w:spacing w:after="0"/>
        <w:rPr>
          <w:lang w:val="fr-FR"/>
        </w:rPr>
      </w:pPr>
    </w:p>
    <w:p w14:paraId="10751FA9" w14:textId="77777777" w:rsidR="003E00B5" w:rsidRDefault="003E00B5" w:rsidP="00151606">
      <w:pPr>
        <w:spacing w:after="0"/>
        <w:rPr>
          <w:lang w:val="fr-FR"/>
        </w:rPr>
      </w:pPr>
    </w:p>
    <w:p w14:paraId="232AB122" w14:textId="77777777" w:rsidR="003E00B5" w:rsidRDefault="003E00B5" w:rsidP="00151606">
      <w:pPr>
        <w:spacing w:after="0"/>
        <w:rPr>
          <w:lang w:val="fr-FR"/>
        </w:rPr>
      </w:pPr>
    </w:p>
    <w:p w14:paraId="465BBEA7" w14:textId="77777777" w:rsidR="003E00B5" w:rsidRDefault="003E00B5" w:rsidP="00151606">
      <w:pPr>
        <w:spacing w:after="0"/>
        <w:rPr>
          <w:lang w:val="fr-FR"/>
        </w:rPr>
      </w:pPr>
    </w:p>
    <w:p w14:paraId="508830E2" w14:textId="77777777" w:rsidR="003E00B5" w:rsidRDefault="003E00B5" w:rsidP="00151606">
      <w:pPr>
        <w:spacing w:after="0"/>
        <w:rPr>
          <w:lang w:val="fr-FR"/>
        </w:rPr>
      </w:pPr>
    </w:p>
    <w:p w14:paraId="022109AC" w14:textId="77777777" w:rsidR="003E00B5" w:rsidRDefault="003E00B5" w:rsidP="00151606">
      <w:pPr>
        <w:spacing w:after="0"/>
        <w:rPr>
          <w:lang w:val="fr-FR"/>
        </w:rPr>
      </w:pPr>
    </w:p>
    <w:p w14:paraId="76156543" w14:textId="77777777" w:rsidR="003E00B5" w:rsidRDefault="003E00B5" w:rsidP="00151606">
      <w:pPr>
        <w:spacing w:after="0"/>
        <w:rPr>
          <w:lang w:val="fr-FR"/>
        </w:rPr>
      </w:pPr>
    </w:p>
    <w:p w14:paraId="385FD797" w14:textId="77777777" w:rsidR="003E00B5" w:rsidRDefault="003E00B5" w:rsidP="00151606">
      <w:pPr>
        <w:spacing w:after="0"/>
        <w:rPr>
          <w:lang w:val="fr-FR"/>
        </w:rPr>
      </w:pPr>
    </w:p>
    <w:p w14:paraId="28164B5D" w14:textId="77777777" w:rsidR="003E00B5" w:rsidRDefault="003E00B5" w:rsidP="00151606">
      <w:pPr>
        <w:spacing w:after="0"/>
        <w:rPr>
          <w:lang w:val="fr-FR"/>
        </w:rPr>
      </w:pPr>
    </w:p>
    <w:p w14:paraId="51761538" w14:textId="77777777" w:rsidR="003E00B5" w:rsidRDefault="003E00B5" w:rsidP="00151606">
      <w:pPr>
        <w:spacing w:after="0"/>
        <w:rPr>
          <w:lang w:val="fr-FR"/>
        </w:rPr>
      </w:pPr>
    </w:p>
    <w:p w14:paraId="6833D45D" w14:textId="77777777" w:rsidR="003E00B5" w:rsidRDefault="003E00B5" w:rsidP="00151606">
      <w:pPr>
        <w:spacing w:after="0"/>
        <w:rPr>
          <w:lang w:val="fr-FR"/>
        </w:rPr>
      </w:pPr>
    </w:p>
    <w:p w14:paraId="30FEE15D" w14:textId="77777777" w:rsidR="003E00B5" w:rsidRDefault="003E00B5" w:rsidP="00151606">
      <w:pPr>
        <w:spacing w:after="0"/>
        <w:rPr>
          <w:lang w:val="fr-FR"/>
        </w:rPr>
      </w:pPr>
    </w:p>
    <w:p w14:paraId="6E621748" w14:textId="77777777" w:rsidR="003E00B5" w:rsidRDefault="003E00B5" w:rsidP="00151606">
      <w:pPr>
        <w:spacing w:after="0"/>
        <w:rPr>
          <w:lang w:val="fr-FR"/>
        </w:rPr>
      </w:pPr>
    </w:p>
    <w:p w14:paraId="36BD6E92" w14:textId="77777777" w:rsidR="003E00B5" w:rsidRDefault="003E00B5" w:rsidP="00151606">
      <w:pPr>
        <w:spacing w:after="0"/>
        <w:rPr>
          <w:lang w:val="fr-FR"/>
        </w:rPr>
      </w:pPr>
    </w:p>
    <w:p w14:paraId="19B69546" w14:textId="77777777" w:rsidR="00641D92" w:rsidRDefault="00641D92" w:rsidP="00151606">
      <w:pPr>
        <w:spacing w:after="0"/>
        <w:rPr>
          <w:lang w:val="fr-FR"/>
        </w:rPr>
      </w:pPr>
    </w:p>
    <w:p w14:paraId="03E0EA5B" w14:textId="77777777" w:rsidR="003E00B5" w:rsidRDefault="003E00B5" w:rsidP="00151606">
      <w:pPr>
        <w:spacing w:after="0"/>
        <w:rPr>
          <w:lang w:val="fr-FR"/>
        </w:rPr>
      </w:pPr>
    </w:p>
    <w:p w14:paraId="0B296D70" w14:textId="77777777" w:rsidR="003E00B5" w:rsidRDefault="003E00B5" w:rsidP="00151606">
      <w:pPr>
        <w:spacing w:after="0"/>
        <w:rPr>
          <w:lang w:val="fr-FR"/>
        </w:rPr>
      </w:pPr>
    </w:p>
    <w:p w14:paraId="7F39B48F" w14:textId="77777777" w:rsidR="003E00B5" w:rsidRPr="00151606" w:rsidRDefault="003E00B5" w:rsidP="00151606">
      <w:pPr>
        <w:spacing w:after="0"/>
        <w:rPr>
          <w:lang w:val="fr-FR"/>
        </w:rPr>
      </w:pPr>
    </w:p>
    <w:p w14:paraId="37B94A82" w14:textId="39BE43AA" w:rsidR="00151606" w:rsidRPr="00151606" w:rsidRDefault="00151606" w:rsidP="00151606">
      <w:pPr>
        <w:spacing w:after="0"/>
        <w:rPr>
          <w:lang w:val="fr-FR"/>
        </w:rPr>
      </w:pPr>
    </w:p>
    <w:p w14:paraId="680D987B" w14:textId="03EC03F2" w:rsidR="001B315C" w:rsidRPr="007B11C3" w:rsidRDefault="00D60553">
      <w:pPr>
        <w:pStyle w:val="PremiumHeader"/>
        <w:rPr>
          <w:lang w:val="fr-FR"/>
        </w:rPr>
      </w:pPr>
      <w:r>
        <w:rPr>
          <w:rFonts w:ascii="Segoe UI Emoji" w:hAnsi="Segoe UI Emoji" w:cs="Segoe UI Emoji"/>
        </w:rPr>
        <w:lastRenderedPageBreak/>
        <w:t>📷</w:t>
      </w:r>
      <w:r w:rsidRPr="007B11C3">
        <w:rPr>
          <w:lang w:val="fr-FR"/>
        </w:rPr>
        <w:t xml:space="preserve"> </w:t>
      </w:r>
      <w:proofErr w:type="spellStart"/>
      <w:r w:rsidR="00641D92" w:rsidRPr="00641D92">
        <w:rPr>
          <w:lang w:val="fr-FR"/>
        </w:rPr>
        <w:t>Housing</w:t>
      </w:r>
      <w:proofErr w:type="spellEnd"/>
      <w:r w:rsidR="00641D92" w:rsidRPr="00641D92">
        <w:rPr>
          <w:lang w:val="fr-FR"/>
        </w:rPr>
        <w:t xml:space="preserve"> </w:t>
      </w:r>
      <w:proofErr w:type="spellStart"/>
      <w:r w:rsidR="00641D92" w:rsidRPr="00641D92">
        <w:rPr>
          <w:lang w:val="fr-FR"/>
        </w:rPr>
        <w:t>Gallery</w:t>
      </w:r>
      <w:proofErr w:type="spellEnd"/>
    </w:p>
    <w:p w14:paraId="63D8FE2C" w14:textId="2481BBB3" w:rsidR="000B4315" w:rsidRDefault="00641D92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Photo Entrance / </w:t>
      </w: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Exterior</w:t>
      </w:r>
      <w:proofErr w:type="spellEnd"/>
    </w:p>
    <w:p w14:paraId="6AA64E18" w14:textId="6ABF18F7" w:rsidR="00863473" w:rsidRPr="008B6506" w:rsidRDefault="00863473" w:rsidP="00863473">
      <w:pPr>
        <w:pStyle w:val="PremiumPlaceholder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863473">
        <w:rPr>
          <w:rFonts w:asciiTheme="minorHAnsi" w:hAnsiTheme="minorHAnsi"/>
          <w:b w:val="0"/>
          <w:noProof/>
          <w:color w:val="auto"/>
          <w:sz w:val="22"/>
          <w:lang w:val="fr-FR"/>
        </w:rPr>
        <w:drawing>
          <wp:inline distT="0" distB="0" distL="0" distR="0" wp14:anchorId="402DB0EB" wp14:editId="5E39A0C2">
            <wp:extent cx="2587197" cy="3453752"/>
            <wp:effectExtent l="0" t="0" r="3810" b="0"/>
            <wp:docPr id="11935764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57643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2282" cy="347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34A31" w14:textId="77777777" w:rsidR="00863473" w:rsidRDefault="00863473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6C9F85C4" w14:textId="484DA557" w:rsidR="001B315C" w:rsidRDefault="00641D92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  <w:r>
        <w:rPr>
          <w:rFonts w:asciiTheme="minorHAnsi" w:hAnsiTheme="minorHAnsi"/>
          <w:b w:val="0"/>
          <w:color w:val="auto"/>
          <w:sz w:val="22"/>
          <w:lang w:val="fr-FR"/>
        </w:rPr>
        <w:t>Living room</w:t>
      </w:r>
      <w:r w:rsidR="00D60553" w:rsidRPr="008B6506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r>
        <w:rPr>
          <w:rFonts w:asciiTheme="minorHAnsi" w:hAnsiTheme="minorHAnsi"/>
          <w:b w:val="0"/>
          <w:color w:val="auto"/>
          <w:sz w:val="22"/>
          <w:lang w:val="fr-FR"/>
        </w:rPr>
        <w:t>photo</w:t>
      </w:r>
    </w:p>
    <w:p w14:paraId="1A190153" w14:textId="41B02053" w:rsidR="00863473" w:rsidRDefault="00863473" w:rsidP="00863473">
      <w:pPr>
        <w:pStyle w:val="PremiumPlaceholder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863473">
        <w:rPr>
          <w:rFonts w:asciiTheme="minorHAnsi" w:hAnsiTheme="minorHAnsi"/>
          <w:b w:val="0"/>
          <w:noProof/>
          <w:color w:val="auto"/>
          <w:sz w:val="22"/>
          <w:lang w:val="fr-FR"/>
        </w:rPr>
        <w:drawing>
          <wp:inline distT="0" distB="0" distL="0" distR="0" wp14:anchorId="1CD4F588" wp14:editId="4D57C2FC">
            <wp:extent cx="2888213" cy="3855623"/>
            <wp:effectExtent l="0" t="0" r="7620" b="0"/>
            <wp:docPr id="17607411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74111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05663" cy="387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B9FB4" w14:textId="0E538CCA" w:rsidR="00863473" w:rsidRPr="008B6506" w:rsidRDefault="00863473" w:rsidP="00863473">
      <w:pPr>
        <w:pStyle w:val="PremiumPlaceholder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863473">
        <w:rPr>
          <w:rFonts w:asciiTheme="minorHAnsi" w:hAnsiTheme="minorHAnsi"/>
          <w:b w:val="0"/>
          <w:noProof/>
          <w:color w:val="auto"/>
          <w:sz w:val="22"/>
          <w:lang w:val="fr-FR"/>
        </w:rPr>
        <w:lastRenderedPageBreak/>
        <w:drawing>
          <wp:inline distT="0" distB="0" distL="0" distR="0" wp14:anchorId="364CE724" wp14:editId="72559171">
            <wp:extent cx="2894629" cy="3839543"/>
            <wp:effectExtent l="0" t="0" r="1270" b="8890"/>
            <wp:docPr id="2873447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34471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11538" cy="386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30AA5" w14:textId="77777777" w:rsidR="00863473" w:rsidRDefault="00863473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6F061B5D" w14:textId="77777777" w:rsidR="00863473" w:rsidRDefault="00863473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0D318AA6" w14:textId="3EDC32A4" w:rsidR="00863473" w:rsidRDefault="00863473" w:rsidP="00863473">
      <w:pPr>
        <w:pStyle w:val="PremiumPlaceholder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863473">
        <w:rPr>
          <w:rFonts w:asciiTheme="minorHAnsi" w:hAnsiTheme="minorHAnsi"/>
          <w:b w:val="0"/>
          <w:noProof/>
          <w:color w:val="auto"/>
          <w:sz w:val="22"/>
          <w:lang w:val="fr-FR"/>
        </w:rPr>
        <w:drawing>
          <wp:inline distT="0" distB="0" distL="0" distR="0" wp14:anchorId="38C83FA6" wp14:editId="7F24B90D">
            <wp:extent cx="3482874" cy="2632563"/>
            <wp:effectExtent l="0" t="0" r="3810" b="0"/>
            <wp:docPr id="19578219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82199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03528" cy="26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A216" w14:textId="77777777" w:rsidR="003E00B5" w:rsidRDefault="003E00B5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6CA37C0A" w14:textId="77777777" w:rsidR="003E00B5" w:rsidRDefault="003E00B5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173F38FF" w14:textId="77777777" w:rsidR="003E00B5" w:rsidRDefault="003E00B5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3F7B0D64" w14:textId="77777777" w:rsidR="003E00B5" w:rsidRDefault="003E00B5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76F6CFA3" w14:textId="77777777" w:rsidR="003E00B5" w:rsidRDefault="003E00B5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3EDB9D4D" w14:textId="6D5B9D43" w:rsidR="001B315C" w:rsidRDefault="00641D92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  <w:proofErr w:type="spellStart"/>
      <w:r>
        <w:rPr>
          <w:rFonts w:asciiTheme="minorHAnsi" w:hAnsiTheme="minorHAnsi"/>
          <w:b w:val="0"/>
          <w:color w:val="auto"/>
          <w:sz w:val="22"/>
          <w:lang w:val="fr-FR"/>
        </w:rPr>
        <w:lastRenderedPageBreak/>
        <w:t>Bedroom</w:t>
      </w:r>
      <w:proofErr w:type="spellEnd"/>
      <w:r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r w:rsidR="00D60553" w:rsidRPr="008B6506">
        <w:rPr>
          <w:rFonts w:asciiTheme="minorHAnsi" w:hAnsiTheme="minorHAnsi"/>
          <w:b w:val="0"/>
          <w:color w:val="auto"/>
          <w:sz w:val="22"/>
          <w:lang w:val="fr-FR"/>
        </w:rPr>
        <w:t>Photo</w:t>
      </w:r>
    </w:p>
    <w:p w14:paraId="602AF9EB" w14:textId="3CED85AE" w:rsidR="00863473" w:rsidRPr="008B6506" w:rsidRDefault="00863473" w:rsidP="00863473">
      <w:pPr>
        <w:pStyle w:val="PremiumPlaceholder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863473">
        <w:rPr>
          <w:rFonts w:asciiTheme="minorHAnsi" w:hAnsiTheme="minorHAnsi"/>
          <w:b w:val="0"/>
          <w:noProof/>
          <w:color w:val="auto"/>
          <w:sz w:val="22"/>
          <w:lang w:val="fr-FR"/>
        </w:rPr>
        <w:drawing>
          <wp:inline distT="0" distB="0" distL="0" distR="0" wp14:anchorId="7F2E38A7" wp14:editId="57584BE9">
            <wp:extent cx="3688459" cy="2778145"/>
            <wp:effectExtent l="0" t="0" r="7620" b="3175"/>
            <wp:docPr id="1990349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3492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94384" cy="278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3F784" w14:textId="77777777" w:rsidR="003E00B5" w:rsidRDefault="003E00B5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58CDC451" w14:textId="77777777" w:rsidR="003E00B5" w:rsidRDefault="003E00B5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</w:p>
    <w:p w14:paraId="0A2E586F" w14:textId="7672A52E" w:rsidR="001B315C" w:rsidRDefault="00641D92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  <w:r>
        <w:rPr>
          <w:rFonts w:asciiTheme="minorHAnsi" w:hAnsiTheme="minorHAnsi"/>
          <w:b w:val="0"/>
          <w:color w:val="auto"/>
          <w:sz w:val="22"/>
          <w:lang w:val="fr-FR"/>
        </w:rPr>
        <w:t>Kitchen photo</w:t>
      </w:r>
    </w:p>
    <w:p w14:paraId="6D40BF53" w14:textId="035661C2" w:rsidR="00863473" w:rsidRDefault="00863473" w:rsidP="00863473">
      <w:pPr>
        <w:pStyle w:val="PremiumPlaceholder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863473">
        <w:rPr>
          <w:rFonts w:asciiTheme="minorHAnsi" w:hAnsiTheme="minorHAnsi"/>
          <w:b w:val="0"/>
          <w:noProof/>
          <w:color w:val="auto"/>
          <w:sz w:val="22"/>
          <w:lang w:val="fr-FR"/>
        </w:rPr>
        <w:drawing>
          <wp:inline distT="0" distB="0" distL="0" distR="0" wp14:anchorId="23F0EE80" wp14:editId="1F93AC48">
            <wp:extent cx="2882981" cy="3848639"/>
            <wp:effectExtent l="0" t="0" r="0" b="0"/>
            <wp:docPr id="5844543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45431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8155" cy="385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7F3A9" w14:textId="64128260" w:rsidR="00863473" w:rsidRPr="008B6506" w:rsidRDefault="00863473" w:rsidP="00863473">
      <w:pPr>
        <w:pStyle w:val="PremiumPlaceholder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863473">
        <w:rPr>
          <w:rFonts w:asciiTheme="minorHAnsi" w:hAnsiTheme="minorHAnsi"/>
          <w:b w:val="0"/>
          <w:noProof/>
          <w:color w:val="auto"/>
          <w:sz w:val="22"/>
          <w:lang w:val="fr-FR"/>
        </w:rPr>
        <w:lastRenderedPageBreak/>
        <w:drawing>
          <wp:inline distT="0" distB="0" distL="0" distR="0" wp14:anchorId="35209B35" wp14:editId="198BDDA0">
            <wp:extent cx="2864309" cy="3814854"/>
            <wp:effectExtent l="0" t="0" r="0" b="0"/>
            <wp:docPr id="12899375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93757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80403" cy="383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35C6A" w14:textId="771417C8" w:rsidR="001B315C" w:rsidRDefault="00641D92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  <w:proofErr w:type="spellStart"/>
      <w:r>
        <w:rPr>
          <w:rFonts w:asciiTheme="minorHAnsi" w:hAnsiTheme="minorHAnsi"/>
          <w:b w:val="0"/>
          <w:color w:val="auto"/>
          <w:sz w:val="22"/>
          <w:lang w:val="fr-FR"/>
        </w:rPr>
        <w:t>Bathroom</w:t>
      </w:r>
      <w:proofErr w:type="spellEnd"/>
      <w:r>
        <w:rPr>
          <w:rFonts w:asciiTheme="minorHAnsi" w:hAnsiTheme="minorHAnsi"/>
          <w:b w:val="0"/>
          <w:color w:val="auto"/>
          <w:sz w:val="22"/>
          <w:lang w:val="fr-FR"/>
        </w:rPr>
        <w:t xml:space="preserve"> Photo</w:t>
      </w:r>
    </w:p>
    <w:p w14:paraId="3E57C510" w14:textId="511F80E4" w:rsidR="00863473" w:rsidRPr="008B6506" w:rsidRDefault="00863473" w:rsidP="00863473">
      <w:pPr>
        <w:pStyle w:val="PremiumPlaceholder"/>
        <w:jc w:val="center"/>
        <w:rPr>
          <w:rFonts w:asciiTheme="minorHAnsi" w:hAnsiTheme="minorHAnsi"/>
          <w:b w:val="0"/>
          <w:color w:val="auto"/>
          <w:sz w:val="22"/>
          <w:lang w:val="fr-FR"/>
        </w:rPr>
      </w:pPr>
      <w:r w:rsidRPr="00863473">
        <w:rPr>
          <w:rFonts w:asciiTheme="minorHAnsi" w:hAnsiTheme="minorHAnsi"/>
          <w:b w:val="0"/>
          <w:noProof/>
          <w:color w:val="auto"/>
          <w:sz w:val="22"/>
          <w:lang w:val="fr-FR"/>
        </w:rPr>
        <w:drawing>
          <wp:inline distT="0" distB="0" distL="0" distR="0" wp14:anchorId="40A0990C" wp14:editId="4E0AE93F">
            <wp:extent cx="3152408" cy="4222548"/>
            <wp:effectExtent l="0" t="0" r="0" b="6985"/>
            <wp:docPr id="18063180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31807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54356" cy="422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67EF6" w14:textId="03C4E6CE" w:rsidR="00912436" w:rsidRDefault="00863473" w:rsidP="00863473">
      <w:pPr>
        <w:pStyle w:val="PremiumPlaceholder"/>
        <w:jc w:val="center"/>
        <w:rPr>
          <w:lang w:val="fr-FR"/>
        </w:rPr>
      </w:pPr>
      <w:r w:rsidRPr="00863473">
        <w:rPr>
          <w:noProof/>
          <w:lang w:val="fr-FR"/>
        </w:rPr>
        <w:lastRenderedPageBreak/>
        <w:drawing>
          <wp:inline distT="0" distB="0" distL="0" distR="0" wp14:anchorId="33D721BD" wp14:editId="44720E77">
            <wp:extent cx="4948218" cy="3710018"/>
            <wp:effectExtent l="0" t="0" r="5080" b="5080"/>
            <wp:docPr id="14666161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61618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72453" cy="3728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1FC99" w14:textId="77777777" w:rsidR="003E00B5" w:rsidRDefault="003E00B5" w:rsidP="00863473">
      <w:pPr>
        <w:pStyle w:val="PremiumPlaceholder"/>
        <w:jc w:val="center"/>
        <w:rPr>
          <w:lang w:val="fr-FR"/>
        </w:rPr>
      </w:pPr>
    </w:p>
    <w:p w14:paraId="3B675FC7" w14:textId="77777777" w:rsidR="003E00B5" w:rsidRDefault="003E00B5" w:rsidP="00863473">
      <w:pPr>
        <w:pStyle w:val="PremiumPlaceholder"/>
        <w:jc w:val="center"/>
        <w:rPr>
          <w:lang w:val="fr-FR"/>
        </w:rPr>
      </w:pPr>
    </w:p>
    <w:p w14:paraId="7B97B2A8" w14:textId="0CB7A695" w:rsidR="00F9031E" w:rsidRPr="00F9031E" w:rsidRDefault="00641D92" w:rsidP="00F9031E">
      <w:pPr>
        <w:pStyle w:val="Titre2"/>
        <w:rPr>
          <w:rFonts w:ascii="Calibri" w:eastAsiaTheme="minorEastAsia" w:hAnsi="Calibri" w:cstheme="minorBidi"/>
          <w:bCs w:val="0"/>
          <w:color w:val="0A3771"/>
          <w:sz w:val="42"/>
          <w:szCs w:val="22"/>
          <w:lang w:val="fr-FR"/>
        </w:rPr>
      </w:pPr>
      <w:r w:rsidRPr="00641D92">
        <w:rPr>
          <w:rFonts w:ascii="Calibri" w:eastAsiaTheme="minorEastAsia" w:hAnsi="Calibri" w:cstheme="minorBidi"/>
          <w:bCs w:val="0"/>
          <w:color w:val="0A3771"/>
          <w:sz w:val="42"/>
          <w:szCs w:val="22"/>
          <w:lang w:val="fr-FR"/>
        </w:rPr>
        <w:t xml:space="preserve">Final </w:t>
      </w:r>
      <w:proofErr w:type="spellStart"/>
      <w:r w:rsidRPr="00641D92">
        <w:rPr>
          <w:rFonts w:ascii="Calibri" w:eastAsiaTheme="minorEastAsia" w:hAnsi="Calibri" w:cstheme="minorBidi"/>
          <w:bCs w:val="0"/>
          <w:color w:val="0A3771"/>
          <w:sz w:val="42"/>
          <w:szCs w:val="22"/>
          <w:lang w:val="fr-FR"/>
        </w:rPr>
        <w:t>remarks</w:t>
      </w:r>
      <w:proofErr w:type="spellEnd"/>
    </w:p>
    <w:p w14:paraId="7162F280" w14:textId="77777777" w:rsidR="00641D92" w:rsidRPr="00641D92" w:rsidRDefault="00641D92" w:rsidP="00641D92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Thank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 you for </w:t>
      </w: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choosing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 our </w:t>
      </w: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apartment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. If you have </w:t>
      </w: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any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 questions </w:t>
      </w: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during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your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stay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, </w:t>
      </w: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please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 contact us.</w:t>
      </w:r>
    </w:p>
    <w:p w14:paraId="7BFE1E52" w14:textId="77777777" w:rsidR="00641D92" w:rsidRPr="00641D92" w:rsidRDefault="00641D92" w:rsidP="00641D92">
      <w:pPr>
        <w:pStyle w:val="PremiumPlaceholder"/>
        <w:rPr>
          <w:rFonts w:asciiTheme="minorHAnsi" w:hAnsiTheme="minorHAnsi"/>
          <w:b w:val="0"/>
          <w:color w:val="auto"/>
          <w:sz w:val="22"/>
          <w:lang w:val="fr-FR"/>
        </w:rPr>
      </w:pP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Enjoy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your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 </w:t>
      </w:r>
      <w:proofErr w:type="spellStart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>stay</w:t>
      </w:r>
      <w:proofErr w:type="spellEnd"/>
      <w:r w:rsidRPr="00641D92">
        <w:rPr>
          <w:rFonts w:asciiTheme="minorHAnsi" w:hAnsiTheme="minorHAnsi"/>
          <w:b w:val="0"/>
          <w:color w:val="auto"/>
          <w:sz w:val="22"/>
          <w:lang w:val="fr-FR"/>
        </w:rPr>
        <w:t xml:space="preserve"> in Belfort!</w:t>
      </w:r>
    </w:p>
    <w:p w14:paraId="7DC7F890" w14:textId="5EDE1983" w:rsidR="00F9031E" w:rsidRDefault="00641D92" w:rsidP="00641D92">
      <w:pPr>
        <w:pStyle w:val="PremiumPlaceholder"/>
        <w:rPr>
          <w:lang w:val="fr-FR"/>
        </w:rPr>
      </w:pPr>
      <w:r w:rsidRPr="00641D92">
        <w:rPr>
          <w:rFonts w:asciiTheme="minorHAnsi" w:hAnsiTheme="minorHAnsi"/>
          <w:b w:val="0"/>
          <w:color w:val="auto"/>
          <w:sz w:val="22"/>
          <w:lang w:val="fr-FR"/>
        </w:rPr>
        <w:t>ANNE &amp; OLIVIER</w:t>
      </w:r>
    </w:p>
    <w:p w14:paraId="54A29065" w14:textId="77777777" w:rsidR="00912436" w:rsidRDefault="00912436">
      <w:pPr>
        <w:pStyle w:val="PremiumPlaceholder"/>
        <w:rPr>
          <w:lang w:val="fr-FR"/>
        </w:rPr>
      </w:pPr>
    </w:p>
    <w:p w14:paraId="0544BC76" w14:textId="77777777" w:rsidR="00912436" w:rsidRDefault="00912436">
      <w:pPr>
        <w:pStyle w:val="PremiumPlaceholder"/>
        <w:rPr>
          <w:lang w:val="fr-FR"/>
        </w:rPr>
      </w:pPr>
    </w:p>
    <w:p w14:paraId="5FAD7F4C" w14:textId="77777777" w:rsidR="00863473" w:rsidRDefault="00863473">
      <w:pPr>
        <w:pStyle w:val="PremiumPlaceholder"/>
        <w:rPr>
          <w:lang w:val="fr-FR"/>
        </w:rPr>
      </w:pPr>
    </w:p>
    <w:p w14:paraId="081A7239" w14:textId="77777777" w:rsidR="00863473" w:rsidRDefault="00863473">
      <w:pPr>
        <w:pStyle w:val="PremiumPlaceholder"/>
        <w:rPr>
          <w:lang w:val="fr-FR"/>
        </w:rPr>
      </w:pPr>
    </w:p>
    <w:p w14:paraId="08B672B8" w14:textId="77777777" w:rsidR="00863473" w:rsidRDefault="00863473">
      <w:pPr>
        <w:pStyle w:val="PremiumPlaceholder"/>
        <w:rPr>
          <w:lang w:val="fr-FR"/>
        </w:rPr>
      </w:pPr>
    </w:p>
    <w:p w14:paraId="0832265D" w14:textId="77777777" w:rsidR="00863473" w:rsidRDefault="00863473">
      <w:pPr>
        <w:pStyle w:val="PremiumPlaceholder"/>
        <w:rPr>
          <w:lang w:val="fr-FR"/>
        </w:rPr>
      </w:pPr>
    </w:p>
    <w:p w14:paraId="394C9307" w14:textId="77777777" w:rsidR="00863473" w:rsidRDefault="00863473">
      <w:pPr>
        <w:pStyle w:val="PremiumPlaceholder"/>
        <w:rPr>
          <w:lang w:val="fr-FR"/>
        </w:rPr>
      </w:pPr>
    </w:p>
    <w:p w14:paraId="30600C61" w14:textId="77777777" w:rsidR="00863473" w:rsidRDefault="00863473">
      <w:pPr>
        <w:pStyle w:val="PremiumPlaceholder"/>
        <w:rPr>
          <w:lang w:val="fr-FR"/>
        </w:rPr>
      </w:pPr>
    </w:p>
    <w:p w14:paraId="55AE9ED7" w14:textId="3FC5A4BE" w:rsidR="00912436" w:rsidRDefault="00641D92" w:rsidP="00641D92">
      <w:pPr>
        <w:jc w:val="center"/>
        <w:rPr>
          <w:lang w:val="fr-FR"/>
        </w:rPr>
      </w:pPr>
      <w:r w:rsidRPr="00641D92">
        <w:rPr>
          <w:rFonts w:ascii="Segoe UI Emoji" w:eastAsiaTheme="majorEastAsia" w:hAnsi="Segoe UI Emoji" w:cs="Segoe UI Emoji"/>
          <w:b/>
          <w:bCs/>
          <w:color w:val="365F91" w:themeColor="accent1" w:themeShade="BF"/>
          <w:sz w:val="44"/>
          <w:szCs w:val="44"/>
          <w:lang w:val="fr-FR"/>
        </w:rPr>
        <w:lastRenderedPageBreak/>
        <w:t>🔥Fire Safety Instructions🔥</w:t>
      </w:r>
    </w:p>
    <w:p w14:paraId="271084FC" w14:textId="77777777" w:rsidR="00912436" w:rsidRPr="006D0758" w:rsidRDefault="00912436" w:rsidP="00912436">
      <w:pPr>
        <w:rPr>
          <w:lang w:val="fr-FR"/>
        </w:rPr>
      </w:pPr>
    </w:p>
    <w:p w14:paraId="0E282EC4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rFonts w:ascii="Segoe UI Emoji" w:hAnsi="Segoe UI Emoji" w:cs="Segoe UI Emoji"/>
          <w:lang w:val="fr-FR"/>
        </w:rPr>
        <w:t>🚨</w:t>
      </w:r>
      <w:r w:rsidRPr="00641D92">
        <w:rPr>
          <w:lang w:val="fr-FR"/>
        </w:rPr>
        <w:t xml:space="preserve"> </w:t>
      </w:r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 xml:space="preserve">1. In case of </w:t>
      </w:r>
      <w:proofErr w:type="spellStart"/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>fire</w:t>
      </w:r>
      <w:proofErr w:type="spellEnd"/>
    </w:p>
    <w:p w14:paraId="532FFAC7" w14:textId="5BFDC61C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Stay </w:t>
      </w:r>
      <w:proofErr w:type="spellStart"/>
      <w:r w:rsidRPr="00641D92">
        <w:rPr>
          <w:lang w:val="fr-FR"/>
        </w:rPr>
        <w:t>calm</w:t>
      </w:r>
      <w:proofErr w:type="spellEnd"/>
      <w:r w:rsidRPr="00641D92">
        <w:rPr>
          <w:lang w:val="fr-FR"/>
        </w:rPr>
        <w:t>.</w:t>
      </w:r>
    </w:p>
    <w:p w14:paraId="72B47C2E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Call the emergency services: Fire </w:t>
      </w:r>
      <w:proofErr w:type="spellStart"/>
      <w:r w:rsidRPr="00641D92">
        <w:rPr>
          <w:lang w:val="fr-FR"/>
        </w:rPr>
        <w:t>Department</w:t>
      </w:r>
      <w:proofErr w:type="spellEnd"/>
      <w:r w:rsidRPr="00641D92">
        <w:rPr>
          <w:lang w:val="fr-FR"/>
        </w:rPr>
        <w:t xml:space="preserve"> 18, </w:t>
      </w:r>
      <w:proofErr w:type="spellStart"/>
      <w:r w:rsidRPr="00641D92">
        <w:rPr>
          <w:lang w:val="fr-FR"/>
        </w:rPr>
        <w:t>European</w:t>
      </w:r>
      <w:proofErr w:type="spellEnd"/>
      <w:r w:rsidRPr="00641D92">
        <w:rPr>
          <w:lang w:val="fr-FR"/>
        </w:rPr>
        <w:t xml:space="preserve"> emergency </w:t>
      </w:r>
      <w:proofErr w:type="spellStart"/>
      <w:r w:rsidRPr="00641D92">
        <w:rPr>
          <w:lang w:val="fr-FR"/>
        </w:rPr>
        <w:t>number</w:t>
      </w:r>
      <w:proofErr w:type="spellEnd"/>
      <w:r w:rsidRPr="00641D92">
        <w:rPr>
          <w:lang w:val="fr-FR"/>
        </w:rPr>
        <w:t xml:space="preserve"> 112.</w:t>
      </w:r>
    </w:p>
    <w:p w14:paraId="38E1EE6A" w14:textId="0F26BBC2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Warn other occupants and </w:t>
      </w:r>
      <w:proofErr w:type="spellStart"/>
      <w:r w:rsidRPr="00641D92">
        <w:rPr>
          <w:lang w:val="fr-FR"/>
        </w:rPr>
        <w:t>evacuate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immediately</w:t>
      </w:r>
      <w:proofErr w:type="spellEnd"/>
      <w:r w:rsidRPr="00641D92">
        <w:rPr>
          <w:lang w:val="fr-FR"/>
        </w:rPr>
        <w:t>.</w:t>
      </w:r>
    </w:p>
    <w:p w14:paraId="3D5916DD" w14:textId="4ED65279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If the </w:t>
      </w:r>
      <w:proofErr w:type="spellStart"/>
      <w:r w:rsidRPr="00641D92">
        <w:rPr>
          <w:lang w:val="fr-FR"/>
        </w:rPr>
        <w:t>smoke</w:t>
      </w:r>
      <w:proofErr w:type="spellEnd"/>
      <w:r w:rsidRPr="00641D92">
        <w:rPr>
          <w:lang w:val="fr-FR"/>
        </w:rPr>
        <w:t xml:space="preserve"> is </w:t>
      </w:r>
      <w:proofErr w:type="spellStart"/>
      <w:r w:rsidRPr="00641D92">
        <w:rPr>
          <w:lang w:val="fr-FR"/>
        </w:rPr>
        <w:t>thick</w:t>
      </w:r>
      <w:proofErr w:type="spellEnd"/>
      <w:r w:rsidRPr="00641D92">
        <w:rPr>
          <w:lang w:val="fr-FR"/>
        </w:rPr>
        <w:t xml:space="preserve">, crawl on the </w:t>
      </w:r>
      <w:proofErr w:type="spellStart"/>
      <w:r w:rsidRPr="00641D92">
        <w:rPr>
          <w:lang w:val="fr-FR"/>
        </w:rPr>
        <w:t>floor</w:t>
      </w:r>
      <w:proofErr w:type="spellEnd"/>
      <w:r w:rsidRPr="00641D92">
        <w:rPr>
          <w:lang w:val="fr-FR"/>
        </w:rPr>
        <w:t>.</w:t>
      </w:r>
    </w:p>
    <w:p w14:paraId="1DCEE6EB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Close </w:t>
      </w:r>
      <w:proofErr w:type="spellStart"/>
      <w:r w:rsidRPr="00641D92">
        <w:rPr>
          <w:lang w:val="fr-FR"/>
        </w:rPr>
        <w:t>doors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behind</w:t>
      </w:r>
      <w:proofErr w:type="spellEnd"/>
      <w:r w:rsidRPr="00641D92">
        <w:rPr>
          <w:lang w:val="fr-FR"/>
        </w:rPr>
        <w:t xml:space="preserve"> you to limit the spread of </w:t>
      </w:r>
      <w:proofErr w:type="spellStart"/>
      <w:r w:rsidRPr="00641D92">
        <w:rPr>
          <w:lang w:val="fr-FR"/>
        </w:rPr>
        <w:t>fire</w:t>
      </w:r>
      <w:proofErr w:type="spellEnd"/>
      <w:r w:rsidRPr="00641D92">
        <w:rPr>
          <w:lang w:val="fr-FR"/>
        </w:rPr>
        <w:t>.</w:t>
      </w:r>
    </w:p>
    <w:p w14:paraId="257D758D" w14:textId="77777777" w:rsidR="00641D92" w:rsidRPr="00641D92" w:rsidRDefault="00641D92" w:rsidP="00641D92">
      <w:pPr>
        <w:spacing w:after="0"/>
        <w:rPr>
          <w:lang w:val="fr-FR"/>
        </w:rPr>
      </w:pPr>
    </w:p>
    <w:p w14:paraId="59137431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rFonts w:ascii="Segoe UI Emoji" w:hAnsi="Segoe UI Emoji" w:cs="Segoe UI Emoji"/>
          <w:lang w:val="fr-FR"/>
        </w:rPr>
        <w:t>🔥</w:t>
      </w:r>
      <w:r w:rsidRPr="00641D92">
        <w:rPr>
          <w:lang w:val="fr-FR"/>
        </w:rPr>
        <w:t xml:space="preserve"> </w:t>
      </w:r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 xml:space="preserve">2. </w:t>
      </w:r>
      <w:proofErr w:type="spellStart"/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>Using</w:t>
      </w:r>
      <w:proofErr w:type="spellEnd"/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 xml:space="preserve"> </w:t>
      </w:r>
      <w:proofErr w:type="spellStart"/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>fire-fighting</w:t>
      </w:r>
      <w:proofErr w:type="spellEnd"/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 xml:space="preserve"> </w:t>
      </w:r>
      <w:proofErr w:type="spellStart"/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>equipment</w:t>
      </w:r>
      <w:proofErr w:type="spellEnd"/>
    </w:p>
    <w:p w14:paraId="4DC756EB" w14:textId="1A3DC5B4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Use the </w:t>
      </w:r>
      <w:proofErr w:type="spellStart"/>
      <w:r w:rsidRPr="00641D92">
        <w:rPr>
          <w:lang w:val="fr-FR"/>
        </w:rPr>
        <w:t>fire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extinguisher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only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if</w:t>
      </w:r>
      <w:proofErr w:type="spellEnd"/>
      <w:r w:rsidRPr="00641D92">
        <w:rPr>
          <w:lang w:val="fr-FR"/>
        </w:rPr>
        <w:t xml:space="preserve"> the </w:t>
      </w:r>
      <w:proofErr w:type="spellStart"/>
      <w:r w:rsidRPr="00641D92">
        <w:rPr>
          <w:lang w:val="fr-FR"/>
        </w:rPr>
        <w:t>fire</w:t>
      </w:r>
      <w:proofErr w:type="spellEnd"/>
      <w:r w:rsidRPr="00641D92">
        <w:rPr>
          <w:lang w:val="fr-FR"/>
        </w:rPr>
        <w:t xml:space="preserve"> is </w:t>
      </w:r>
      <w:proofErr w:type="spellStart"/>
      <w:r w:rsidRPr="00641D92">
        <w:rPr>
          <w:lang w:val="fr-FR"/>
        </w:rPr>
        <w:t>small</w:t>
      </w:r>
      <w:proofErr w:type="spellEnd"/>
      <w:r w:rsidRPr="00641D92">
        <w:rPr>
          <w:lang w:val="fr-FR"/>
        </w:rPr>
        <w:t xml:space="preserve"> and </w:t>
      </w:r>
      <w:proofErr w:type="spellStart"/>
      <w:r w:rsidRPr="00641D92">
        <w:rPr>
          <w:lang w:val="fr-FR"/>
        </w:rPr>
        <w:t>controllable</w:t>
      </w:r>
      <w:proofErr w:type="spellEnd"/>
      <w:r w:rsidRPr="00641D92">
        <w:rPr>
          <w:lang w:val="fr-FR"/>
        </w:rPr>
        <w:t>.</w:t>
      </w:r>
    </w:p>
    <w:p w14:paraId="735E429F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Never </w:t>
      </w:r>
      <w:proofErr w:type="spellStart"/>
      <w:r w:rsidRPr="00641D92">
        <w:rPr>
          <w:lang w:val="fr-FR"/>
        </w:rPr>
        <w:t>remove</w:t>
      </w:r>
      <w:proofErr w:type="spellEnd"/>
      <w:r w:rsidRPr="00641D92">
        <w:rPr>
          <w:lang w:val="fr-FR"/>
        </w:rPr>
        <w:t xml:space="preserve"> or </w:t>
      </w:r>
      <w:proofErr w:type="spellStart"/>
      <w:r w:rsidRPr="00641D92">
        <w:rPr>
          <w:lang w:val="fr-FR"/>
        </w:rPr>
        <w:t>disable</w:t>
      </w:r>
      <w:proofErr w:type="spellEnd"/>
      <w:r w:rsidRPr="00641D92">
        <w:rPr>
          <w:lang w:val="fr-FR"/>
        </w:rPr>
        <w:t xml:space="preserve"> the </w:t>
      </w:r>
      <w:proofErr w:type="spellStart"/>
      <w:r w:rsidRPr="00641D92">
        <w:rPr>
          <w:lang w:val="fr-FR"/>
        </w:rPr>
        <w:t>smoke</w:t>
      </w:r>
      <w:proofErr w:type="spellEnd"/>
      <w:r w:rsidRPr="00641D92">
        <w:rPr>
          <w:lang w:val="fr-FR"/>
        </w:rPr>
        <w:t xml:space="preserve"> detector.</w:t>
      </w:r>
    </w:p>
    <w:p w14:paraId="022EB205" w14:textId="77777777" w:rsidR="00641D92" w:rsidRPr="00641D92" w:rsidRDefault="00641D92" w:rsidP="00641D92">
      <w:pPr>
        <w:spacing w:after="0"/>
        <w:rPr>
          <w:lang w:val="fr-FR"/>
        </w:rPr>
      </w:pPr>
    </w:p>
    <w:p w14:paraId="54701ECA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rFonts w:ascii="Segoe UI Emoji" w:hAnsi="Segoe UI Emoji" w:cs="Segoe UI Emoji"/>
          <w:lang w:val="fr-FR"/>
        </w:rPr>
        <w:t>🏃</w:t>
      </w:r>
      <w:r w:rsidRPr="00641D92">
        <w:rPr>
          <w:lang w:val="fr-FR"/>
        </w:rPr>
        <w:t xml:space="preserve"> </w:t>
      </w:r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>3. Evacuation</w:t>
      </w:r>
    </w:p>
    <w:p w14:paraId="56F14893" w14:textId="54B40C04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</w:t>
      </w:r>
      <w:proofErr w:type="spellStart"/>
      <w:r w:rsidRPr="00641D92">
        <w:rPr>
          <w:lang w:val="fr-FR"/>
        </w:rPr>
        <w:t>Identify</w:t>
      </w:r>
      <w:proofErr w:type="spellEnd"/>
      <w:r w:rsidRPr="00641D92">
        <w:rPr>
          <w:lang w:val="fr-FR"/>
        </w:rPr>
        <w:t xml:space="preserve"> the </w:t>
      </w:r>
      <w:proofErr w:type="spellStart"/>
      <w:r w:rsidRPr="00641D92">
        <w:rPr>
          <w:lang w:val="fr-FR"/>
        </w:rPr>
        <w:t>evacuation</w:t>
      </w:r>
      <w:proofErr w:type="spellEnd"/>
      <w:r w:rsidRPr="00641D92">
        <w:rPr>
          <w:lang w:val="fr-FR"/>
        </w:rPr>
        <w:t xml:space="preserve"> route as </w:t>
      </w:r>
      <w:proofErr w:type="spellStart"/>
      <w:r w:rsidRPr="00641D92">
        <w:rPr>
          <w:lang w:val="fr-FR"/>
        </w:rPr>
        <w:t>soon</w:t>
      </w:r>
      <w:proofErr w:type="spellEnd"/>
      <w:r w:rsidRPr="00641D92">
        <w:rPr>
          <w:lang w:val="fr-FR"/>
        </w:rPr>
        <w:t xml:space="preserve"> as you arrive.</w:t>
      </w:r>
    </w:p>
    <w:p w14:paraId="458735BE" w14:textId="749A0B65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Do not </w:t>
      </w:r>
      <w:proofErr w:type="spellStart"/>
      <w:r w:rsidRPr="00641D92">
        <w:rPr>
          <w:lang w:val="fr-FR"/>
        </w:rPr>
        <w:t>retrieve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personal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belongings</w:t>
      </w:r>
      <w:proofErr w:type="spellEnd"/>
      <w:r w:rsidRPr="00641D92">
        <w:rPr>
          <w:lang w:val="fr-FR"/>
        </w:rPr>
        <w:t>.</w:t>
      </w:r>
    </w:p>
    <w:p w14:paraId="6F258FD1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Go to a </w:t>
      </w:r>
      <w:proofErr w:type="spellStart"/>
      <w:r w:rsidRPr="00641D92">
        <w:rPr>
          <w:lang w:val="fr-FR"/>
        </w:rPr>
        <w:t>safe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assembly</w:t>
      </w:r>
      <w:proofErr w:type="spellEnd"/>
      <w:r w:rsidRPr="00641D92">
        <w:rPr>
          <w:lang w:val="fr-FR"/>
        </w:rPr>
        <w:t xml:space="preserve"> point and </w:t>
      </w:r>
      <w:proofErr w:type="spellStart"/>
      <w:r w:rsidRPr="00641D92">
        <w:rPr>
          <w:lang w:val="fr-FR"/>
        </w:rPr>
        <w:t>wait</w:t>
      </w:r>
      <w:proofErr w:type="spellEnd"/>
      <w:r w:rsidRPr="00641D92">
        <w:rPr>
          <w:lang w:val="fr-FR"/>
        </w:rPr>
        <w:t xml:space="preserve"> for emergency services.</w:t>
      </w:r>
    </w:p>
    <w:p w14:paraId="0F0B2968" w14:textId="77777777" w:rsidR="00641D92" w:rsidRPr="00641D92" w:rsidRDefault="00641D92" w:rsidP="00641D92">
      <w:pPr>
        <w:spacing w:after="0"/>
        <w:rPr>
          <w:lang w:val="fr-FR"/>
        </w:rPr>
      </w:pPr>
    </w:p>
    <w:p w14:paraId="3A404496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rFonts w:ascii="Segoe UI Emoji" w:hAnsi="Segoe UI Emoji" w:cs="Segoe UI Emoji"/>
          <w:lang w:val="fr-FR"/>
        </w:rPr>
        <w:t>⚡</w:t>
      </w:r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 xml:space="preserve"> 4. Prevention</w:t>
      </w:r>
    </w:p>
    <w:p w14:paraId="1F94DC1D" w14:textId="609CA606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Never </w:t>
      </w:r>
      <w:proofErr w:type="spellStart"/>
      <w:r w:rsidRPr="00641D92">
        <w:rPr>
          <w:lang w:val="fr-FR"/>
        </w:rPr>
        <w:t>leave</w:t>
      </w:r>
      <w:proofErr w:type="spellEnd"/>
      <w:r w:rsidRPr="00641D92">
        <w:rPr>
          <w:lang w:val="fr-FR"/>
        </w:rPr>
        <w:t xml:space="preserve"> the </w:t>
      </w:r>
      <w:proofErr w:type="spellStart"/>
      <w:r w:rsidRPr="00641D92">
        <w:rPr>
          <w:lang w:val="fr-FR"/>
        </w:rPr>
        <w:t>kitchen</w:t>
      </w:r>
      <w:proofErr w:type="spellEnd"/>
      <w:r w:rsidRPr="00641D92">
        <w:rPr>
          <w:lang w:val="fr-FR"/>
        </w:rPr>
        <w:t xml:space="preserve"> or a </w:t>
      </w:r>
      <w:proofErr w:type="spellStart"/>
      <w:r w:rsidRPr="00641D92">
        <w:rPr>
          <w:lang w:val="fr-FR"/>
        </w:rPr>
        <w:t>candle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unattended</w:t>
      </w:r>
      <w:proofErr w:type="spellEnd"/>
      <w:r w:rsidRPr="00641D92">
        <w:rPr>
          <w:lang w:val="fr-FR"/>
        </w:rPr>
        <w:t>.</w:t>
      </w:r>
    </w:p>
    <w:p w14:paraId="2CCD0F51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</w:t>
      </w:r>
      <w:proofErr w:type="spellStart"/>
      <w:r w:rsidRPr="00641D92">
        <w:rPr>
          <w:lang w:val="fr-FR"/>
        </w:rPr>
        <w:t>Unplug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unused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appliances</w:t>
      </w:r>
      <w:proofErr w:type="spellEnd"/>
      <w:r w:rsidRPr="00641D92">
        <w:rPr>
          <w:lang w:val="fr-FR"/>
        </w:rPr>
        <w:t>.</w:t>
      </w:r>
    </w:p>
    <w:p w14:paraId="51D1548A" w14:textId="77777777" w:rsidR="00641D92" w:rsidRPr="00641D92" w:rsidRDefault="00641D92" w:rsidP="00641D92">
      <w:pPr>
        <w:spacing w:after="0"/>
        <w:rPr>
          <w:lang w:val="fr-FR"/>
        </w:rPr>
      </w:pPr>
    </w:p>
    <w:p w14:paraId="66A52239" w14:textId="77777777" w:rsidR="00641D92" w:rsidRPr="00641D92" w:rsidRDefault="00641D92" w:rsidP="00641D92">
      <w:pPr>
        <w:spacing w:after="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</w:pPr>
      <w:r w:rsidRPr="00641D92">
        <w:rPr>
          <w:rFonts w:ascii="Segoe UI Emoji" w:hAnsi="Segoe UI Emoji" w:cs="Segoe UI Emoji"/>
          <w:lang w:val="fr-FR"/>
        </w:rPr>
        <w:t>🧯</w:t>
      </w:r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 xml:space="preserve"> 5. In case of </w:t>
      </w:r>
      <w:proofErr w:type="spellStart"/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>smoke</w:t>
      </w:r>
      <w:proofErr w:type="spellEnd"/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 xml:space="preserve"> in the home</w:t>
      </w:r>
    </w:p>
    <w:p w14:paraId="02B9A1E9" w14:textId="1251A110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Place </w:t>
      </w:r>
      <w:proofErr w:type="spellStart"/>
      <w:r w:rsidRPr="00641D92">
        <w:rPr>
          <w:lang w:val="fr-FR"/>
        </w:rPr>
        <w:t>a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damp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cloth</w:t>
      </w:r>
      <w:proofErr w:type="spellEnd"/>
      <w:r w:rsidRPr="00641D92">
        <w:rPr>
          <w:lang w:val="fr-FR"/>
        </w:rPr>
        <w:t xml:space="preserve"> over </w:t>
      </w:r>
      <w:proofErr w:type="spellStart"/>
      <w:r w:rsidRPr="00641D92">
        <w:rPr>
          <w:lang w:val="fr-FR"/>
        </w:rPr>
        <w:t>your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mouth</w:t>
      </w:r>
      <w:proofErr w:type="spellEnd"/>
      <w:r w:rsidRPr="00641D92">
        <w:rPr>
          <w:lang w:val="fr-FR"/>
        </w:rPr>
        <w:t>.</w:t>
      </w:r>
    </w:p>
    <w:p w14:paraId="591E2093" w14:textId="16493A63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If the </w:t>
      </w:r>
      <w:proofErr w:type="spellStart"/>
      <w:r w:rsidRPr="00641D92">
        <w:rPr>
          <w:lang w:val="fr-FR"/>
        </w:rPr>
        <w:t>door</w:t>
      </w:r>
      <w:proofErr w:type="spellEnd"/>
      <w:r w:rsidRPr="00641D92">
        <w:rPr>
          <w:lang w:val="fr-FR"/>
        </w:rPr>
        <w:t xml:space="preserve"> is hot, do not open </w:t>
      </w:r>
      <w:proofErr w:type="spellStart"/>
      <w:r w:rsidRPr="00641D92">
        <w:rPr>
          <w:lang w:val="fr-FR"/>
        </w:rPr>
        <w:t>it</w:t>
      </w:r>
      <w:proofErr w:type="spellEnd"/>
      <w:r w:rsidRPr="00641D92">
        <w:rPr>
          <w:lang w:val="fr-FR"/>
        </w:rPr>
        <w:t>.</w:t>
      </w:r>
    </w:p>
    <w:p w14:paraId="73D49CBD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Stay in the </w:t>
      </w:r>
      <w:proofErr w:type="spellStart"/>
      <w:r w:rsidRPr="00641D92">
        <w:rPr>
          <w:lang w:val="fr-FR"/>
        </w:rPr>
        <w:t>safest</w:t>
      </w:r>
      <w:proofErr w:type="spellEnd"/>
      <w:r w:rsidRPr="00641D92">
        <w:rPr>
          <w:lang w:val="fr-FR"/>
        </w:rPr>
        <w:t xml:space="preserve"> room and signal </w:t>
      </w:r>
      <w:proofErr w:type="spellStart"/>
      <w:r w:rsidRPr="00641D92">
        <w:rPr>
          <w:lang w:val="fr-FR"/>
        </w:rPr>
        <w:t>your</w:t>
      </w:r>
      <w:proofErr w:type="spellEnd"/>
      <w:r w:rsidRPr="00641D92">
        <w:rPr>
          <w:lang w:val="fr-FR"/>
        </w:rPr>
        <w:t xml:space="preserve"> </w:t>
      </w:r>
      <w:proofErr w:type="spellStart"/>
      <w:r w:rsidRPr="00641D92">
        <w:rPr>
          <w:lang w:val="fr-FR"/>
        </w:rPr>
        <w:t>presence</w:t>
      </w:r>
      <w:proofErr w:type="spellEnd"/>
      <w:r w:rsidRPr="00641D92">
        <w:rPr>
          <w:lang w:val="fr-FR"/>
        </w:rPr>
        <w:t xml:space="preserve"> at the </w:t>
      </w:r>
      <w:proofErr w:type="spellStart"/>
      <w:r w:rsidRPr="00641D92">
        <w:rPr>
          <w:lang w:val="fr-FR"/>
        </w:rPr>
        <w:t>window</w:t>
      </w:r>
      <w:proofErr w:type="spellEnd"/>
      <w:r w:rsidRPr="00641D92">
        <w:rPr>
          <w:lang w:val="fr-FR"/>
        </w:rPr>
        <w:t>.</w:t>
      </w:r>
    </w:p>
    <w:p w14:paraId="3E8DE9BC" w14:textId="77777777" w:rsidR="00641D92" w:rsidRPr="00641D92" w:rsidRDefault="00641D92" w:rsidP="00641D92">
      <w:pPr>
        <w:spacing w:after="0"/>
        <w:rPr>
          <w:lang w:val="fr-FR"/>
        </w:rPr>
      </w:pPr>
    </w:p>
    <w:p w14:paraId="654C9A80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rFonts w:ascii="Segoe UI Emoji" w:hAnsi="Segoe UI Emoji" w:cs="Segoe UI Emoji"/>
          <w:lang w:val="fr-FR"/>
        </w:rPr>
        <w:t>🧯</w:t>
      </w:r>
      <w:r w:rsidRPr="00641D92">
        <w:rPr>
          <w:lang w:val="fr-FR"/>
        </w:rPr>
        <w:t xml:space="preserve"> </w:t>
      </w:r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 xml:space="preserve">6. Emergency </w:t>
      </w:r>
      <w:proofErr w:type="spellStart"/>
      <w:r w:rsidRPr="00641D9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fr-FR"/>
        </w:rPr>
        <w:t>numbers</w:t>
      </w:r>
      <w:proofErr w:type="spellEnd"/>
    </w:p>
    <w:p w14:paraId="46D00C19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- Ambulance (SAMU): 15</w:t>
      </w:r>
    </w:p>
    <w:p w14:paraId="366CEEA1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>- Police: 17</w:t>
      </w:r>
    </w:p>
    <w:p w14:paraId="0C0B5E46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Fire </w:t>
      </w:r>
      <w:proofErr w:type="spellStart"/>
      <w:r w:rsidRPr="00641D92">
        <w:rPr>
          <w:lang w:val="fr-FR"/>
        </w:rPr>
        <w:t>Department</w:t>
      </w:r>
      <w:proofErr w:type="spellEnd"/>
      <w:r w:rsidRPr="00641D92">
        <w:rPr>
          <w:lang w:val="fr-FR"/>
        </w:rPr>
        <w:t>: 18</w:t>
      </w:r>
    </w:p>
    <w:p w14:paraId="2B2C575B" w14:textId="77777777" w:rsidR="00641D92" w:rsidRPr="00641D92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</w:t>
      </w:r>
      <w:proofErr w:type="spellStart"/>
      <w:r w:rsidRPr="00641D92">
        <w:rPr>
          <w:lang w:val="fr-FR"/>
        </w:rPr>
        <w:t>European</w:t>
      </w:r>
      <w:proofErr w:type="spellEnd"/>
      <w:r w:rsidRPr="00641D92">
        <w:rPr>
          <w:lang w:val="fr-FR"/>
        </w:rPr>
        <w:t xml:space="preserve"> emergency </w:t>
      </w:r>
      <w:proofErr w:type="spellStart"/>
      <w:r w:rsidRPr="00641D92">
        <w:rPr>
          <w:lang w:val="fr-FR"/>
        </w:rPr>
        <w:t>number</w:t>
      </w:r>
      <w:proofErr w:type="spellEnd"/>
      <w:r w:rsidRPr="00641D92">
        <w:rPr>
          <w:lang w:val="fr-FR"/>
        </w:rPr>
        <w:t>: 112</w:t>
      </w:r>
    </w:p>
    <w:p w14:paraId="13AC97DE" w14:textId="5F20132D" w:rsidR="007F7700" w:rsidRPr="007F7700" w:rsidRDefault="00641D92" w:rsidP="00641D92">
      <w:pPr>
        <w:spacing w:after="0"/>
        <w:rPr>
          <w:lang w:val="fr-FR"/>
        </w:rPr>
      </w:pPr>
      <w:r w:rsidRPr="00641D92">
        <w:rPr>
          <w:lang w:val="fr-FR"/>
        </w:rPr>
        <w:t xml:space="preserve">- </w:t>
      </w:r>
      <w:proofErr w:type="spellStart"/>
      <w:r w:rsidRPr="00641D92">
        <w:rPr>
          <w:lang w:val="fr-FR"/>
        </w:rPr>
        <w:t>Helpline</w:t>
      </w:r>
      <w:proofErr w:type="spellEnd"/>
      <w:r w:rsidRPr="00641D92">
        <w:rPr>
          <w:lang w:val="fr-FR"/>
        </w:rPr>
        <w:t xml:space="preserve"> for the </w:t>
      </w:r>
      <w:proofErr w:type="spellStart"/>
      <w:r w:rsidRPr="00641D92">
        <w:rPr>
          <w:lang w:val="fr-FR"/>
        </w:rPr>
        <w:t>deaf</w:t>
      </w:r>
      <w:proofErr w:type="spellEnd"/>
      <w:r w:rsidRPr="00641D92">
        <w:rPr>
          <w:lang w:val="fr-FR"/>
        </w:rPr>
        <w:t xml:space="preserve">/hard of </w:t>
      </w:r>
      <w:proofErr w:type="spellStart"/>
      <w:r w:rsidRPr="00641D92">
        <w:rPr>
          <w:lang w:val="fr-FR"/>
        </w:rPr>
        <w:t>hearing</w:t>
      </w:r>
      <w:proofErr w:type="spellEnd"/>
      <w:r w:rsidRPr="00641D92">
        <w:rPr>
          <w:lang w:val="fr-FR"/>
        </w:rPr>
        <w:t>: 114</w:t>
      </w:r>
    </w:p>
    <w:p w14:paraId="648699C8" w14:textId="77777777" w:rsidR="007F7700" w:rsidRDefault="007F7700" w:rsidP="00641D92">
      <w:pPr>
        <w:pStyle w:val="PremiumPlaceholder"/>
        <w:spacing w:after="0"/>
        <w:rPr>
          <w:lang w:val="fr-FR"/>
        </w:rPr>
      </w:pPr>
    </w:p>
    <w:p w14:paraId="3F7B1C25" w14:textId="77777777" w:rsidR="007F7700" w:rsidRDefault="007F7700">
      <w:pPr>
        <w:pStyle w:val="PremiumPlaceholder"/>
        <w:rPr>
          <w:lang w:val="fr-FR"/>
        </w:rPr>
      </w:pPr>
    </w:p>
    <w:p w14:paraId="7A40EF28" w14:textId="77777777" w:rsidR="00912436" w:rsidRPr="007B11C3" w:rsidRDefault="00912436">
      <w:pPr>
        <w:pStyle w:val="PremiumPlaceholder"/>
        <w:rPr>
          <w:lang w:val="fr-FR"/>
        </w:rPr>
      </w:pPr>
    </w:p>
    <w:sectPr w:rsidR="00912436" w:rsidRPr="007B11C3" w:rsidSect="00AF43B5">
      <w:pgSz w:w="12240" w:h="15840"/>
      <w:pgMar w:top="993" w:right="1800" w:bottom="56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991CFE"/>
    <w:multiLevelType w:val="multilevel"/>
    <w:tmpl w:val="D790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F30D02"/>
    <w:multiLevelType w:val="hybridMultilevel"/>
    <w:tmpl w:val="7BEA32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87E7D"/>
    <w:multiLevelType w:val="multilevel"/>
    <w:tmpl w:val="9F82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E10857"/>
    <w:multiLevelType w:val="multilevel"/>
    <w:tmpl w:val="496AC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3231346">
    <w:abstractNumId w:val="8"/>
  </w:num>
  <w:num w:numId="2" w16cid:durableId="43261690">
    <w:abstractNumId w:val="6"/>
  </w:num>
  <w:num w:numId="3" w16cid:durableId="361178043">
    <w:abstractNumId w:val="5"/>
  </w:num>
  <w:num w:numId="4" w16cid:durableId="1925648810">
    <w:abstractNumId w:val="4"/>
  </w:num>
  <w:num w:numId="5" w16cid:durableId="1763406284">
    <w:abstractNumId w:val="7"/>
  </w:num>
  <w:num w:numId="6" w16cid:durableId="178469181">
    <w:abstractNumId w:val="3"/>
  </w:num>
  <w:num w:numId="7" w16cid:durableId="1190139731">
    <w:abstractNumId w:val="2"/>
  </w:num>
  <w:num w:numId="8" w16cid:durableId="319890909">
    <w:abstractNumId w:val="1"/>
  </w:num>
  <w:num w:numId="9" w16cid:durableId="636642955">
    <w:abstractNumId w:val="0"/>
  </w:num>
  <w:num w:numId="10" w16cid:durableId="1707758718">
    <w:abstractNumId w:val="9"/>
  </w:num>
  <w:num w:numId="11" w16cid:durableId="872574029">
    <w:abstractNumId w:val="12"/>
  </w:num>
  <w:num w:numId="12" w16cid:durableId="691152434">
    <w:abstractNumId w:val="11"/>
  </w:num>
  <w:num w:numId="13" w16cid:durableId="3598620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1B5"/>
    <w:rsid w:val="00034616"/>
    <w:rsid w:val="0006063C"/>
    <w:rsid w:val="0009367A"/>
    <w:rsid w:val="000B4315"/>
    <w:rsid w:val="000D6908"/>
    <w:rsid w:val="00135599"/>
    <w:rsid w:val="0015074B"/>
    <w:rsid w:val="00151606"/>
    <w:rsid w:val="001820EE"/>
    <w:rsid w:val="001B315C"/>
    <w:rsid w:val="001D0E1B"/>
    <w:rsid w:val="002713C7"/>
    <w:rsid w:val="0027355B"/>
    <w:rsid w:val="0029639D"/>
    <w:rsid w:val="00326F90"/>
    <w:rsid w:val="003A7B3B"/>
    <w:rsid w:val="003B3BFF"/>
    <w:rsid w:val="003D21B0"/>
    <w:rsid w:val="003E00B5"/>
    <w:rsid w:val="004641E0"/>
    <w:rsid w:val="00490C18"/>
    <w:rsid w:val="00496EC0"/>
    <w:rsid w:val="004A01A9"/>
    <w:rsid w:val="004D748E"/>
    <w:rsid w:val="00520721"/>
    <w:rsid w:val="00544040"/>
    <w:rsid w:val="005673E9"/>
    <w:rsid w:val="00587B1B"/>
    <w:rsid w:val="00641D92"/>
    <w:rsid w:val="007064FA"/>
    <w:rsid w:val="00742585"/>
    <w:rsid w:val="007A3970"/>
    <w:rsid w:val="007B11C3"/>
    <w:rsid w:val="007D4B82"/>
    <w:rsid w:val="007F7700"/>
    <w:rsid w:val="00856603"/>
    <w:rsid w:val="00863473"/>
    <w:rsid w:val="0088154E"/>
    <w:rsid w:val="008B6506"/>
    <w:rsid w:val="008C1C28"/>
    <w:rsid w:val="00912436"/>
    <w:rsid w:val="00927F7A"/>
    <w:rsid w:val="00A255D0"/>
    <w:rsid w:val="00AA1D8D"/>
    <w:rsid w:val="00AF43B5"/>
    <w:rsid w:val="00B47730"/>
    <w:rsid w:val="00B70A6A"/>
    <w:rsid w:val="00B84E29"/>
    <w:rsid w:val="00B90D5F"/>
    <w:rsid w:val="00C1677F"/>
    <w:rsid w:val="00C87F56"/>
    <w:rsid w:val="00CB0664"/>
    <w:rsid w:val="00D01580"/>
    <w:rsid w:val="00D60553"/>
    <w:rsid w:val="00DB0180"/>
    <w:rsid w:val="00DD6D89"/>
    <w:rsid w:val="00DE47D8"/>
    <w:rsid w:val="00DE53AB"/>
    <w:rsid w:val="00E70C09"/>
    <w:rsid w:val="00EE71CA"/>
    <w:rsid w:val="00F51137"/>
    <w:rsid w:val="00F9031E"/>
    <w:rsid w:val="00FB16FF"/>
    <w:rsid w:val="00FC3C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90D20"/>
  <w14:defaultImageDpi w14:val="300"/>
  <w15:docId w15:val="{A633D98E-EAB7-4500-B02E-B2CF90500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verTitle">
    <w:name w:val="CoverTitle"/>
    <w:rPr>
      <w:rFonts w:ascii="Calibri" w:hAnsi="Calibri"/>
      <w:b/>
      <w:color w:val="0A3771"/>
      <w:sz w:val="84"/>
    </w:rPr>
  </w:style>
  <w:style w:type="paragraph" w:customStyle="1" w:styleId="CoverSubtitle">
    <w:name w:val="CoverSubtitle"/>
    <w:rPr>
      <w:rFonts w:ascii="Calibri Light" w:hAnsi="Calibri Light"/>
      <w:color w:val="969696"/>
      <w:sz w:val="40"/>
    </w:rPr>
  </w:style>
  <w:style w:type="paragraph" w:customStyle="1" w:styleId="PremiumHeader">
    <w:name w:val="PremiumHeader"/>
    <w:rPr>
      <w:rFonts w:ascii="Calibri" w:hAnsi="Calibri"/>
      <w:b/>
      <w:color w:val="0A3771"/>
      <w:sz w:val="42"/>
    </w:rPr>
  </w:style>
  <w:style w:type="paragraph" w:customStyle="1" w:styleId="PremiumPlaceholder">
    <w:name w:val="PremiumPlaceholder"/>
    <w:rPr>
      <w:rFonts w:ascii="Calibri" w:hAnsi="Calibri"/>
      <w:b/>
      <w:color w:val="787878"/>
      <w:sz w:val="24"/>
    </w:rPr>
  </w:style>
  <w:style w:type="paragraph" w:styleId="NormalWeb">
    <w:name w:val="Normal (Web)"/>
    <w:basedOn w:val="Normal"/>
    <w:uiPriority w:val="99"/>
    <w:semiHidden/>
    <w:unhideWhenUsed/>
    <w:rsid w:val="00544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1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9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8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0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0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25ca717-11da-4935-b601-f527b9741f2e}" enabled="1" method="Standard" siteId="{d852d5cd-724c-4128-8812-ffa5db3f85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874</TotalTime>
  <Pages>12</Pages>
  <Words>763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Olivier Bossu Ochem</cp:lastModifiedBy>
  <cp:revision>39</cp:revision>
  <dcterms:created xsi:type="dcterms:W3CDTF">2013-12-23T23:15:00Z</dcterms:created>
  <dcterms:modified xsi:type="dcterms:W3CDTF">2026-01-31T14:00:00Z</dcterms:modified>
  <cp:category/>
</cp:coreProperties>
</file>